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06495" w14:textId="77777777" w:rsidR="00895B53" w:rsidRPr="00220625" w:rsidRDefault="00000000">
      <w:pPr>
        <w:pStyle w:val="Title"/>
        <w:jc w:val="center"/>
        <w:rPr>
          <w:lang w:val="el-GR"/>
        </w:rPr>
      </w:pPr>
      <w:r w:rsidRPr="00220625">
        <w:rPr>
          <w:b/>
          <w:lang w:val="el-GR"/>
        </w:rPr>
        <w:t>Οδηγίες Εγκατάστασης και Εκτέλεσης</w:t>
      </w:r>
      <w:r w:rsidRPr="00220625">
        <w:rPr>
          <w:b/>
          <w:lang w:val="el-GR"/>
        </w:rPr>
        <w:br/>
        <w:t xml:space="preserve">των Παραδειγμάτων </w:t>
      </w:r>
      <w:r>
        <w:rPr>
          <w:b/>
        </w:rPr>
        <w:t>Apache</w:t>
      </w:r>
      <w:r w:rsidRPr="00220625">
        <w:rPr>
          <w:b/>
          <w:lang w:val="el-GR"/>
        </w:rPr>
        <w:t xml:space="preserve"> </w:t>
      </w:r>
      <w:r>
        <w:rPr>
          <w:b/>
        </w:rPr>
        <w:t>POI</w:t>
      </w:r>
    </w:p>
    <w:p w14:paraId="333F8BA3" w14:textId="77777777" w:rsidR="00895B53" w:rsidRPr="00220625" w:rsidRDefault="00000000">
      <w:pPr>
        <w:jc w:val="center"/>
        <w:rPr>
          <w:lang w:val="el-GR"/>
        </w:rPr>
      </w:pPr>
      <w:r w:rsidRPr="00220625">
        <w:rPr>
          <w:i/>
          <w:lang w:val="el-GR"/>
        </w:rPr>
        <w:t>Ανάπτυξη Λογισμικού - βοηθητικό υλικό</w:t>
      </w:r>
    </w:p>
    <w:p w14:paraId="27DCA816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Σκοπός. </w:t>
      </w:r>
      <w:r w:rsidRPr="00220625">
        <w:rPr>
          <w:lang w:val="el-GR"/>
        </w:rPr>
        <w:t xml:space="preserve">Τα δύο παραδείγματα δείχνουν δύο διαφορετικούς τρόπους χρήσης εξωτερικών βιβλιοθηκών </w:t>
      </w:r>
      <w:r>
        <w:t>Java</w:t>
      </w:r>
      <w:r w:rsidRPr="00220625">
        <w:rPr>
          <w:lang w:val="el-GR"/>
        </w:rPr>
        <w:t xml:space="preserve"> στο </w:t>
      </w:r>
      <w:r>
        <w:t>Eclipse</w:t>
      </w:r>
      <w:r w:rsidRPr="00220625">
        <w:rPr>
          <w:lang w:val="el-GR"/>
        </w:rPr>
        <w:t xml:space="preserve">. Το πρώτο χρησιμοποιεί τοπικά αρχεία </w:t>
      </w:r>
      <w:r>
        <w:t>JAR</w:t>
      </w:r>
      <w:r w:rsidRPr="00220625">
        <w:rPr>
          <w:lang w:val="el-GR"/>
        </w:rPr>
        <w:t xml:space="preserve">. Το δεύτερο χρησιμοποιεί </w:t>
      </w:r>
      <w:r>
        <w:t>Maven</w:t>
      </w:r>
      <w:r w:rsidRPr="00220625">
        <w:rPr>
          <w:lang w:val="el-GR"/>
        </w:rPr>
        <w:t xml:space="preserve">. Ο κώδικας </w:t>
      </w:r>
      <w:r>
        <w:t>Apache</w:t>
      </w:r>
      <w:r w:rsidRPr="00220625">
        <w:rPr>
          <w:lang w:val="el-GR"/>
        </w:rPr>
        <w:t xml:space="preserve"> </w:t>
      </w:r>
      <w:r>
        <w:t>POI</w:t>
      </w:r>
      <w:r w:rsidRPr="00220625">
        <w:rPr>
          <w:lang w:val="el-GR"/>
        </w:rPr>
        <w:t xml:space="preserve"> είναι σχεδόν ο ίδιος· αλλάζει κυρίως ο τρόπος με τον οποίο οι βιβλιοθήκες γίνονται διαθέσιμες στο </w:t>
      </w:r>
      <w:r>
        <w:t>project</w:t>
      </w:r>
      <w:r w:rsidRPr="00220625">
        <w:rPr>
          <w:lang w:val="el-GR"/>
        </w:rPr>
        <w:t>.</w:t>
      </w:r>
    </w:p>
    <w:p w14:paraId="57290C7D" w14:textId="77777777" w:rsidR="00895B53" w:rsidRPr="00220625" w:rsidRDefault="00000000">
      <w:pPr>
        <w:pStyle w:val="Heading1"/>
        <w:rPr>
          <w:lang w:val="el-GR"/>
        </w:rPr>
      </w:pPr>
      <w:r w:rsidRPr="00220625">
        <w:rPr>
          <w:lang w:val="el-GR"/>
        </w:rPr>
        <w:t>1. Βασική εγκατάσταση</w:t>
      </w:r>
    </w:p>
    <w:p w14:paraId="5CD0EF99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Βήμα 1. </w:t>
      </w:r>
      <w:r w:rsidRPr="00220625">
        <w:rPr>
          <w:lang w:val="el-GR"/>
        </w:rPr>
        <w:t xml:space="preserve">Εγκαταστήστε ένα </w:t>
      </w:r>
      <w:r>
        <w:t>JDK</w:t>
      </w:r>
      <w:r w:rsidRPr="00220625">
        <w:rPr>
          <w:lang w:val="el-GR"/>
        </w:rPr>
        <w:t xml:space="preserve"> συμβατό με </w:t>
      </w:r>
      <w:r>
        <w:t>Java</w:t>
      </w:r>
      <w:r w:rsidRPr="00220625">
        <w:rPr>
          <w:lang w:val="el-GR"/>
        </w:rPr>
        <w:t xml:space="preserve"> 14 ή νεότερο. Για το συγκεκριμένο υλικό, η έκδοση αναφοράς είναι η </w:t>
      </w:r>
      <w:r>
        <w:t>Java</w:t>
      </w:r>
      <w:r w:rsidRPr="00220625">
        <w:rPr>
          <w:lang w:val="el-GR"/>
        </w:rPr>
        <w:t xml:space="preserve"> 14.</w:t>
      </w:r>
    </w:p>
    <w:p w14:paraId="5684B8C4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Βήμα 2. </w:t>
      </w:r>
      <w:r w:rsidRPr="00220625">
        <w:rPr>
          <w:lang w:val="el-GR"/>
        </w:rPr>
        <w:t xml:space="preserve">Εγκαταστήστε το </w:t>
      </w:r>
      <w:r>
        <w:t>Eclipse</w:t>
      </w:r>
      <w:r w:rsidRPr="00220625">
        <w:rPr>
          <w:lang w:val="el-GR"/>
        </w:rPr>
        <w:t xml:space="preserve"> </w:t>
      </w:r>
      <w:r>
        <w:t>IDE</w:t>
      </w:r>
      <w:r w:rsidRPr="00220625">
        <w:rPr>
          <w:lang w:val="el-GR"/>
        </w:rPr>
        <w:t xml:space="preserve"> </w:t>
      </w:r>
      <w:r>
        <w:t>for</w:t>
      </w:r>
      <w:r w:rsidRPr="00220625">
        <w:rPr>
          <w:lang w:val="el-GR"/>
        </w:rPr>
        <w:t xml:space="preserve"> </w:t>
      </w:r>
      <w:r>
        <w:t>Java</w:t>
      </w:r>
      <w:r w:rsidRPr="00220625">
        <w:rPr>
          <w:lang w:val="el-GR"/>
        </w:rPr>
        <w:t xml:space="preserve"> </w:t>
      </w:r>
      <w:r>
        <w:t>Developers</w:t>
      </w:r>
      <w:r w:rsidRPr="00220625">
        <w:rPr>
          <w:lang w:val="el-GR"/>
        </w:rPr>
        <w:t>.</w:t>
      </w:r>
    </w:p>
    <w:p w14:paraId="3CB11E88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Βήμα 3. </w:t>
      </w:r>
      <w:r w:rsidRPr="00220625">
        <w:rPr>
          <w:lang w:val="el-GR"/>
        </w:rPr>
        <w:t xml:space="preserve">Ανοίξτε το </w:t>
      </w:r>
      <w:r>
        <w:t>Eclipse</w:t>
      </w:r>
      <w:r w:rsidRPr="00220625">
        <w:rPr>
          <w:lang w:val="el-GR"/>
        </w:rPr>
        <w:t xml:space="preserve"> και επιλέξτε ένα </w:t>
      </w:r>
      <w:r>
        <w:t>workspace</w:t>
      </w:r>
      <w:r w:rsidRPr="00220625">
        <w:rPr>
          <w:lang w:val="el-GR"/>
        </w:rPr>
        <w:t xml:space="preserve"> στο οποίο έχετε δικαίωμα εγγραφής.</w:t>
      </w:r>
    </w:p>
    <w:p w14:paraId="71ED0D63" w14:textId="77777777" w:rsidR="00895B53" w:rsidRDefault="00000000">
      <w:r w:rsidRPr="00220625">
        <w:rPr>
          <w:b/>
          <w:lang w:val="el-GR"/>
        </w:rPr>
        <w:t xml:space="preserve">Βήμα 4. </w:t>
      </w:r>
      <w:r w:rsidRPr="00220625">
        <w:rPr>
          <w:lang w:val="el-GR"/>
        </w:rPr>
        <w:t xml:space="preserve">Αποσυμπιέστε τα δύο παραδείγματα σε δύο διαφορετικούς φακέλους. Μην τα εκτελείτε απευθείας μέσα από το </w:t>
      </w:r>
      <w:r>
        <w:t>ZIP</w:t>
      </w:r>
      <w:r w:rsidRPr="00220625">
        <w:rPr>
          <w:lang w:val="el-GR"/>
        </w:rPr>
        <w:t>.</w:t>
      </w:r>
    </w:p>
    <w:p w14:paraId="24E5410E" w14:textId="09FD8E94" w:rsidR="00220625" w:rsidRDefault="00220625">
      <w:r>
        <w:br w:type="page"/>
      </w:r>
    </w:p>
    <w:p w14:paraId="2E2781D5" w14:textId="77777777" w:rsidR="00895B53" w:rsidRPr="00220625" w:rsidRDefault="00000000">
      <w:pPr>
        <w:pStyle w:val="Heading1"/>
        <w:rPr>
          <w:lang w:val="el-GR"/>
        </w:rPr>
      </w:pPr>
      <w:r w:rsidRPr="00220625">
        <w:rPr>
          <w:lang w:val="el-GR"/>
        </w:rPr>
        <w:lastRenderedPageBreak/>
        <w:t xml:space="preserve">2. Παράδειγμα 1: </w:t>
      </w:r>
      <w:r>
        <w:t>Apache</w:t>
      </w:r>
      <w:r w:rsidRPr="00220625">
        <w:rPr>
          <w:lang w:val="el-GR"/>
        </w:rPr>
        <w:t xml:space="preserve"> </w:t>
      </w:r>
      <w:r>
        <w:t>POI</w:t>
      </w:r>
      <w:r w:rsidRPr="00220625">
        <w:rPr>
          <w:lang w:val="el-GR"/>
        </w:rPr>
        <w:t xml:space="preserve"> με τοπικά </w:t>
      </w:r>
      <w:r>
        <w:t>JAR</w:t>
      </w:r>
      <w:r w:rsidRPr="00220625">
        <w:rPr>
          <w:lang w:val="el-GR"/>
        </w:rPr>
        <w:t xml:space="preserve"> αρχεία</w:t>
      </w:r>
    </w:p>
    <w:p w14:paraId="3CAC8D63" w14:textId="77777777" w:rsidR="00895B53" w:rsidRDefault="00000000">
      <w:r>
        <w:rPr>
          <w:b/>
        </w:rPr>
        <w:t xml:space="preserve">Project: </w:t>
      </w:r>
      <w:r>
        <w:t>01_poi_with_local_libraries</w:t>
      </w:r>
    </w:p>
    <w:p w14:paraId="42B8F3F8" w14:textId="77777777" w:rsidR="00895B53" w:rsidRPr="00220625" w:rsidRDefault="00000000">
      <w:pPr>
        <w:rPr>
          <w:lang w:val="el-GR"/>
        </w:rPr>
      </w:pPr>
      <w:r>
        <w:rPr>
          <w:b/>
        </w:rPr>
        <w:t xml:space="preserve">Βήμα 1. </w:t>
      </w:r>
      <w:r w:rsidRPr="00220625">
        <w:rPr>
          <w:lang w:val="el-GR"/>
        </w:rPr>
        <w:t xml:space="preserve">Στον φάκελο του </w:t>
      </w:r>
      <w:r>
        <w:t>project</w:t>
      </w:r>
      <w:r w:rsidRPr="00220625">
        <w:rPr>
          <w:lang w:val="el-GR"/>
        </w:rPr>
        <w:t xml:space="preserve">, ανοίξτε το </w:t>
      </w:r>
      <w:r>
        <w:t>lib</w:t>
      </w:r>
      <w:r w:rsidRPr="00220625">
        <w:rPr>
          <w:lang w:val="el-GR"/>
        </w:rPr>
        <w:t>/</w:t>
      </w:r>
      <w:r>
        <w:t>README</w:t>
      </w:r>
      <w:r w:rsidRPr="00220625">
        <w:rPr>
          <w:lang w:val="el-GR"/>
        </w:rPr>
        <w:t>.</w:t>
      </w:r>
      <w:r>
        <w:t>txt</w:t>
      </w:r>
      <w:r w:rsidRPr="00220625">
        <w:rPr>
          <w:lang w:val="el-GR"/>
        </w:rPr>
        <w:t xml:space="preserve"> και ελέγξτε τη λίστα των απαιτούμενων </w:t>
      </w:r>
      <w:r>
        <w:t>JAR</w:t>
      </w:r>
      <w:r w:rsidRPr="00220625">
        <w:rPr>
          <w:lang w:val="el-GR"/>
        </w:rPr>
        <w:t xml:space="preserve"> αρχείων.</w:t>
      </w:r>
    </w:p>
    <w:p w14:paraId="4C74453D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Βήμα 2. </w:t>
      </w:r>
      <w:r w:rsidRPr="00220625">
        <w:rPr>
          <w:lang w:val="el-GR"/>
        </w:rPr>
        <w:t xml:space="preserve">Αντιγράψτε όλα τα απαιτούμενα </w:t>
      </w:r>
      <w:r>
        <w:t>JAR</w:t>
      </w:r>
      <w:r w:rsidRPr="00220625">
        <w:rPr>
          <w:lang w:val="el-GR"/>
        </w:rPr>
        <w:t xml:space="preserve"> αρχεία στον φάκελο </w:t>
      </w:r>
      <w:r>
        <w:t>lib</w:t>
      </w:r>
      <w:r w:rsidRPr="00220625">
        <w:rPr>
          <w:lang w:val="el-GR"/>
        </w:rPr>
        <w:t xml:space="preserve"> του </w:t>
      </w:r>
      <w:r>
        <w:t>project</w:t>
      </w:r>
      <w:r w:rsidRPr="00220625">
        <w:rPr>
          <w:lang w:val="el-GR"/>
        </w:rPr>
        <w:t>.</w:t>
      </w:r>
    </w:p>
    <w:p w14:paraId="23910E54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Ενδεικτικά, για </w:t>
      </w:r>
      <w:r>
        <w:rPr>
          <w:b/>
        </w:rPr>
        <w:t>Apache</w:t>
      </w:r>
      <w:r w:rsidRPr="00220625">
        <w:rPr>
          <w:b/>
          <w:lang w:val="el-GR"/>
        </w:rPr>
        <w:t xml:space="preserve"> </w:t>
      </w:r>
      <w:r>
        <w:rPr>
          <w:b/>
        </w:rPr>
        <w:t>POI</w:t>
      </w:r>
      <w:r w:rsidRPr="00220625">
        <w:rPr>
          <w:b/>
          <w:lang w:val="el-GR"/>
        </w:rPr>
        <w:t xml:space="preserve"> 5.5.1, ο φάκελος </w:t>
      </w:r>
      <w:r>
        <w:rPr>
          <w:b/>
        </w:rPr>
        <w:t>lib</w:t>
      </w:r>
      <w:r w:rsidRPr="00220625">
        <w:rPr>
          <w:b/>
          <w:lang w:val="el-GR"/>
        </w:rPr>
        <w:t xml:space="preserve"> πρέπει να περιέχει τα ακόλουθα αρχεία:</w:t>
      </w:r>
    </w:p>
    <w:p w14:paraId="0EDF65D7" w14:textId="77777777" w:rsidR="00895B53" w:rsidRDefault="00000000">
      <w:pPr>
        <w:pStyle w:val="ListBullet"/>
      </w:pPr>
      <w:r>
        <w:t>poi-ooxml-5.5.1.jar</w:t>
      </w:r>
    </w:p>
    <w:p w14:paraId="2B529ADC" w14:textId="77777777" w:rsidR="00895B53" w:rsidRDefault="00000000">
      <w:pPr>
        <w:pStyle w:val="ListBullet"/>
      </w:pPr>
      <w:r>
        <w:t>poi-5.5.1.jar</w:t>
      </w:r>
    </w:p>
    <w:p w14:paraId="1B0BB4C7" w14:textId="77777777" w:rsidR="00895B53" w:rsidRDefault="00000000">
      <w:pPr>
        <w:pStyle w:val="ListBullet"/>
      </w:pPr>
      <w:r>
        <w:t>poi-ooxml-lite-5.5.1.jar</w:t>
      </w:r>
    </w:p>
    <w:p w14:paraId="2B22FB61" w14:textId="77777777" w:rsidR="00895B53" w:rsidRDefault="00000000">
      <w:pPr>
        <w:pStyle w:val="ListBullet"/>
      </w:pPr>
      <w:r>
        <w:t>xmlbeans-5.3.0.jar</w:t>
      </w:r>
    </w:p>
    <w:p w14:paraId="78127DD8" w14:textId="77777777" w:rsidR="00895B53" w:rsidRDefault="00000000">
      <w:pPr>
        <w:pStyle w:val="ListBullet"/>
      </w:pPr>
      <w:r>
        <w:t>commons-compress-1.28.0.jar</w:t>
      </w:r>
    </w:p>
    <w:p w14:paraId="7872BDDA" w14:textId="77777777" w:rsidR="00895B53" w:rsidRDefault="00000000">
      <w:pPr>
        <w:pStyle w:val="ListBullet"/>
      </w:pPr>
      <w:r>
        <w:t>commons-io-2.21.0.jar</w:t>
      </w:r>
    </w:p>
    <w:p w14:paraId="64EA5419" w14:textId="77777777" w:rsidR="00895B53" w:rsidRDefault="00000000">
      <w:pPr>
        <w:pStyle w:val="ListBullet"/>
      </w:pPr>
      <w:r>
        <w:t>commons-collections4-4.5.0.jar</w:t>
      </w:r>
    </w:p>
    <w:p w14:paraId="0CA91F52" w14:textId="77777777" w:rsidR="00895B53" w:rsidRDefault="00000000">
      <w:pPr>
        <w:pStyle w:val="ListBullet"/>
      </w:pPr>
      <w:r>
        <w:t>commons-codec-1.20.0.jar</w:t>
      </w:r>
    </w:p>
    <w:p w14:paraId="4F235744" w14:textId="77777777" w:rsidR="00895B53" w:rsidRDefault="00000000">
      <w:pPr>
        <w:pStyle w:val="ListBullet"/>
      </w:pPr>
      <w:r>
        <w:t>commons-math3-3.6.1.jar</w:t>
      </w:r>
    </w:p>
    <w:p w14:paraId="19D7BAAD" w14:textId="77777777" w:rsidR="00895B53" w:rsidRDefault="00000000">
      <w:pPr>
        <w:pStyle w:val="ListBullet"/>
      </w:pPr>
      <w:r>
        <w:t>SparseBitSet-1.3.jar</w:t>
      </w:r>
    </w:p>
    <w:p w14:paraId="042132B4" w14:textId="77777777" w:rsidR="00895B53" w:rsidRDefault="00000000">
      <w:pPr>
        <w:pStyle w:val="ListBullet"/>
      </w:pPr>
      <w:r>
        <w:t>curvesapi-1.08.jar</w:t>
      </w:r>
    </w:p>
    <w:p w14:paraId="08A2CB2E" w14:textId="77777777" w:rsidR="00895B53" w:rsidRDefault="00000000">
      <w:pPr>
        <w:pStyle w:val="ListBullet"/>
      </w:pPr>
      <w:r>
        <w:t>log4j-api-2.24.3.jar</w:t>
      </w:r>
    </w:p>
    <w:p w14:paraId="6859687E" w14:textId="77777777" w:rsidR="00895B53" w:rsidRDefault="00000000">
      <w:pPr>
        <w:pStyle w:val="ListBullet"/>
      </w:pPr>
      <w:r>
        <w:t>log4j-core-2.24.3.jar</w:t>
      </w:r>
    </w:p>
    <w:p w14:paraId="490AA03C" w14:textId="77777777" w:rsidR="00895B53" w:rsidRDefault="00000000">
      <w:r>
        <w:rPr>
          <w:b/>
        </w:rPr>
        <w:t xml:space="preserve">Βήμα 3. </w:t>
      </w:r>
      <w:r>
        <w:t>Στο Eclipse επιλέξτε File &gt; Import.</w:t>
      </w:r>
    </w:p>
    <w:p w14:paraId="37B1FE4E" w14:textId="77777777" w:rsidR="00895B53" w:rsidRDefault="00000000">
      <w:r>
        <w:rPr>
          <w:b/>
        </w:rPr>
        <w:t xml:space="preserve">Βήμα 4. </w:t>
      </w:r>
      <w:r>
        <w:t>Επιλέξτε General &gt; Existing Projects into Workspace και πατήστε Next.</w:t>
      </w:r>
    </w:p>
    <w:p w14:paraId="4275CE60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Βήμα 5. </w:t>
      </w:r>
      <w:r w:rsidRPr="00220625">
        <w:rPr>
          <w:lang w:val="el-GR"/>
        </w:rPr>
        <w:t xml:space="preserve">Με </w:t>
      </w:r>
      <w:r>
        <w:t>Browse</w:t>
      </w:r>
      <w:r w:rsidRPr="00220625">
        <w:rPr>
          <w:lang w:val="el-GR"/>
        </w:rPr>
        <w:t xml:space="preserve"> επιλέξτε τον φάκελο 01_</w:t>
      </w:r>
      <w:r>
        <w:t>poi</w:t>
      </w:r>
      <w:r w:rsidRPr="00220625">
        <w:rPr>
          <w:lang w:val="el-GR"/>
        </w:rPr>
        <w:t>_</w:t>
      </w:r>
      <w:r>
        <w:t>with</w:t>
      </w:r>
      <w:r w:rsidRPr="00220625">
        <w:rPr>
          <w:lang w:val="el-GR"/>
        </w:rPr>
        <w:t>_</w:t>
      </w:r>
      <w:r>
        <w:t>local</w:t>
      </w:r>
      <w:r w:rsidRPr="00220625">
        <w:rPr>
          <w:lang w:val="el-GR"/>
        </w:rPr>
        <w:t>_</w:t>
      </w:r>
      <w:r>
        <w:t>libraries</w:t>
      </w:r>
      <w:r w:rsidRPr="00220625">
        <w:rPr>
          <w:lang w:val="el-GR"/>
        </w:rPr>
        <w:t xml:space="preserve"> και ολοκληρώστε την εισαγωγή με </w:t>
      </w:r>
      <w:r>
        <w:t>Finish</w:t>
      </w:r>
      <w:r w:rsidRPr="00220625">
        <w:rPr>
          <w:lang w:val="el-GR"/>
        </w:rPr>
        <w:t>.</w:t>
      </w:r>
    </w:p>
    <w:p w14:paraId="3C7B2320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Βήμα 6. </w:t>
      </w:r>
      <w:r w:rsidRPr="00220625">
        <w:rPr>
          <w:lang w:val="el-GR"/>
        </w:rPr>
        <w:t xml:space="preserve">Στο </w:t>
      </w:r>
      <w:r>
        <w:t>Package</w:t>
      </w:r>
      <w:r w:rsidRPr="00220625">
        <w:rPr>
          <w:lang w:val="el-GR"/>
        </w:rPr>
        <w:t xml:space="preserve"> </w:t>
      </w:r>
      <w:r>
        <w:t>Explorer</w:t>
      </w:r>
      <w:r w:rsidRPr="00220625">
        <w:rPr>
          <w:lang w:val="el-GR"/>
        </w:rPr>
        <w:t xml:space="preserve"> ανοίξτε τον φάκελο </w:t>
      </w:r>
      <w:r>
        <w:t>lib</w:t>
      </w:r>
      <w:r w:rsidRPr="00220625">
        <w:rPr>
          <w:lang w:val="el-GR"/>
        </w:rPr>
        <w:t xml:space="preserve">. Επιλέξτε όλα τα </w:t>
      </w:r>
      <w:r>
        <w:t>JAR</w:t>
      </w:r>
      <w:r w:rsidRPr="00220625">
        <w:rPr>
          <w:lang w:val="el-GR"/>
        </w:rPr>
        <w:t xml:space="preserve"> αρχεία, κάντε δεξί κλικ και επιλέξτε </w:t>
      </w:r>
      <w:r>
        <w:t>Build</w:t>
      </w:r>
      <w:r w:rsidRPr="00220625">
        <w:rPr>
          <w:lang w:val="el-GR"/>
        </w:rPr>
        <w:t xml:space="preserve"> </w:t>
      </w:r>
      <w:r>
        <w:t>Path</w:t>
      </w:r>
      <w:r w:rsidRPr="00220625">
        <w:rPr>
          <w:lang w:val="el-GR"/>
        </w:rPr>
        <w:t xml:space="preserve"> &gt; </w:t>
      </w:r>
      <w:r>
        <w:t>Add</w:t>
      </w:r>
      <w:r w:rsidRPr="00220625">
        <w:rPr>
          <w:lang w:val="el-GR"/>
        </w:rPr>
        <w:t xml:space="preserve"> </w:t>
      </w:r>
      <w:r>
        <w:t>to</w:t>
      </w:r>
      <w:r w:rsidRPr="00220625">
        <w:rPr>
          <w:lang w:val="el-GR"/>
        </w:rPr>
        <w:t xml:space="preserve"> </w:t>
      </w:r>
      <w:r>
        <w:t>Build</w:t>
      </w:r>
      <w:r w:rsidRPr="00220625">
        <w:rPr>
          <w:lang w:val="el-GR"/>
        </w:rPr>
        <w:t xml:space="preserve"> </w:t>
      </w:r>
      <w:r>
        <w:t>Path</w:t>
      </w:r>
      <w:r w:rsidRPr="00220625">
        <w:rPr>
          <w:lang w:val="el-GR"/>
        </w:rPr>
        <w:t>.</w:t>
      </w:r>
    </w:p>
    <w:p w14:paraId="5AFF4BD4" w14:textId="77777777" w:rsidR="00895B53" w:rsidRDefault="00000000">
      <w:r w:rsidRPr="00220625">
        <w:rPr>
          <w:b/>
          <w:lang w:val="el-GR"/>
        </w:rPr>
        <w:t xml:space="preserve">Βήμα 7. </w:t>
      </w:r>
      <w:r w:rsidRPr="00220625">
        <w:rPr>
          <w:lang w:val="el-GR"/>
        </w:rPr>
        <w:t xml:space="preserve">Ελέγξτε ότι δεν υπάρχουν κόκκινα σημάδια σφάλματος στο </w:t>
      </w:r>
      <w:r>
        <w:t>project</w:t>
      </w:r>
      <w:r w:rsidRPr="00220625">
        <w:rPr>
          <w:lang w:val="el-GR"/>
        </w:rPr>
        <w:t xml:space="preserve">. </w:t>
      </w:r>
      <w:r>
        <w:t>Αν υπάρχει πρόβλημα με τη Java, ανοίξτε Project &gt; Properties &gt; Java Build Path &gt; Libraries και ελέγξτε το JRE System Library.</w:t>
      </w:r>
    </w:p>
    <w:p w14:paraId="0F0CEF9E" w14:textId="77777777" w:rsidR="00895B53" w:rsidRDefault="00000000">
      <w:r>
        <w:rPr>
          <w:b/>
        </w:rPr>
        <w:t xml:space="preserve">Βήμα 8. </w:t>
      </w:r>
      <w:r>
        <w:t>Ανοίξτε την κλάση PoiPowerPointExample, κάντε δεξί κλικ και επιλέξτε Run As &gt; Java Application.</w:t>
      </w:r>
    </w:p>
    <w:p w14:paraId="7E512D94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Βήμα 9. </w:t>
      </w:r>
      <w:r w:rsidRPr="00220625">
        <w:rPr>
          <w:lang w:val="el-GR"/>
        </w:rPr>
        <w:t xml:space="preserve">Μετά την εκτέλεση, ανοίξτε το αρχείο </w:t>
      </w:r>
      <w:r>
        <w:t>output</w:t>
      </w:r>
      <w:r w:rsidRPr="00220625">
        <w:rPr>
          <w:lang w:val="el-GR"/>
        </w:rPr>
        <w:t>/</w:t>
      </w:r>
      <w:r>
        <w:t>poi</w:t>
      </w:r>
      <w:r w:rsidRPr="00220625">
        <w:rPr>
          <w:lang w:val="el-GR"/>
        </w:rPr>
        <w:t>-</w:t>
      </w:r>
      <w:r>
        <w:t>example</w:t>
      </w:r>
      <w:r w:rsidRPr="00220625">
        <w:rPr>
          <w:lang w:val="el-GR"/>
        </w:rPr>
        <w:t>.</w:t>
      </w:r>
      <w:r>
        <w:t>pptx</w:t>
      </w:r>
      <w:r w:rsidRPr="00220625">
        <w:rPr>
          <w:lang w:val="el-GR"/>
        </w:rPr>
        <w:t>. Θα πρέπει να περιέχει διαφάνειες τίτλου, κειμένου, πίνακα και εικόνας.</w:t>
      </w:r>
    </w:p>
    <w:p w14:paraId="0B4E74EA" w14:textId="0210058C" w:rsid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Τι πρέπει να παρατηρήσετε: </w:t>
      </w:r>
      <w:r w:rsidRPr="00220625">
        <w:rPr>
          <w:lang w:val="el-GR"/>
        </w:rPr>
        <w:t xml:space="preserve">οι κλάσεις του </w:t>
      </w:r>
      <w:r>
        <w:t>Apache</w:t>
      </w:r>
      <w:r w:rsidRPr="00220625">
        <w:rPr>
          <w:lang w:val="el-GR"/>
        </w:rPr>
        <w:t xml:space="preserve"> </w:t>
      </w:r>
      <w:r>
        <w:t>POI</w:t>
      </w:r>
      <w:r w:rsidRPr="00220625">
        <w:rPr>
          <w:lang w:val="el-GR"/>
        </w:rPr>
        <w:t xml:space="preserve"> είναι διαθέσιμες στον κώδικά σας επειδή τα αντίστοιχα </w:t>
      </w:r>
      <w:r>
        <w:t>JAR</w:t>
      </w:r>
      <w:r w:rsidRPr="00220625">
        <w:rPr>
          <w:lang w:val="el-GR"/>
        </w:rPr>
        <w:t xml:space="preserve"> αρχεία έχουν προστεθεί στο </w:t>
      </w:r>
      <w:r>
        <w:t>Build</w:t>
      </w:r>
      <w:r w:rsidRPr="00220625">
        <w:rPr>
          <w:lang w:val="el-GR"/>
        </w:rPr>
        <w:t xml:space="preserve"> </w:t>
      </w:r>
      <w:r>
        <w:t>Path</w:t>
      </w:r>
      <w:r w:rsidRPr="00220625">
        <w:rPr>
          <w:lang w:val="el-GR"/>
        </w:rPr>
        <w:t xml:space="preserve"> του </w:t>
      </w:r>
      <w:r>
        <w:t>Eclipse</w:t>
      </w:r>
      <w:r w:rsidRPr="00220625">
        <w:rPr>
          <w:lang w:val="el-GR"/>
        </w:rPr>
        <w:t>.</w:t>
      </w:r>
    </w:p>
    <w:p w14:paraId="3BB18B19" w14:textId="77777777" w:rsidR="00220625" w:rsidRDefault="00220625">
      <w:pPr>
        <w:rPr>
          <w:lang w:val="el-GR"/>
        </w:rPr>
      </w:pPr>
      <w:r>
        <w:rPr>
          <w:lang w:val="el-GR"/>
        </w:rPr>
        <w:br w:type="page"/>
      </w:r>
    </w:p>
    <w:p w14:paraId="5BE7E915" w14:textId="77777777" w:rsidR="00895B53" w:rsidRDefault="00000000">
      <w:pPr>
        <w:pStyle w:val="Heading1"/>
      </w:pPr>
      <w:r>
        <w:lastRenderedPageBreak/>
        <w:t>3. Παράδειγμα 2: Apache POI με Maven</w:t>
      </w:r>
    </w:p>
    <w:p w14:paraId="6AE5ADAF" w14:textId="77777777" w:rsidR="00895B53" w:rsidRDefault="00000000">
      <w:r>
        <w:rPr>
          <w:b/>
        </w:rPr>
        <w:t xml:space="preserve">Project: </w:t>
      </w:r>
      <w:r>
        <w:t>02_poi_with_maven</w:t>
      </w:r>
    </w:p>
    <w:p w14:paraId="0844F15D" w14:textId="77777777" w:rsidR="00895B53" w:rsidRDefault="00000000">
      <w:r>
        <w:rPr>
          <w:b/>
        </w:rPr>
        <w:t xml:space="preserve">Βήμα 1. </w:t>
      </w:r>
      <w:r>
        <w:t>Στο Eclipse επιλέξτε File &gt; Import.</w:t>
      </w:r>
    </w:p>
    <w:p w14:paraId="57EC27B8" w14:textId="77777777" w:rsidR="00895B53" w:rsidRDefault="00000000">
      <w:r>
        <w:rPr>
          <w:b/>
        </w:rPr>
        <w:t xml:space="preserve">Βήμα 2. </w:t>
      </w:r>
      <w:r>
        <w:t>Επιλέξτε Maven &gt; Existing Maven Projects και πατήστε Next.</w:t>
      </w:r>
    </w:p>
    <w:p w14:paraId="19BC9AC2" w14:textId="77777777" w:rsidR="00895B53" w:rsidRPr="00220625" w:rsidRDefault="00000000">
      <w:pPr>
        <w:rPr>
          <w:lang w:val="el-GR"/>
        </w:rPr>
      </w:pPr>
      <w:r>
        <w:rPr>
          <w:b/>
        </w:rPr>
        <w:t xml:space="preserve">Βήμα 3. </w:t>
      </w:r>
      <w:r>
        <w:t xml:space="preserve">Με Browse επιλέξτε τον φάκελο 02_poi_with_maven. </w:t>
      </w:r>
      <w:r w:rsidRPr="00220625">
        <w:rPr>
          <w:lang w:val="el-GR"/>
        </w:rPr>
        <w:t xml:space="preserve">Το </w:t>
      </w:r>
      <w:r>
        <w:t>Eclipse</w:t>
      </w:r>
      <w:r w:rsidRPr="00220625">
        <w:rPr>
          <w:lang w:val="el-GR"/>
        </w:rPr>
        <w:t xml:space="preserve"> πρέπει να εντοπίσει το </w:t>
      </w:r>
      <w:r>
        <w:t>pom</w:t>
      </w:r>
      <w:r w:rsidRPr="00220625">
        <w:rPr>
          <w:lang w:val="el-GR"/>
        </w:rPr>
        <w:t>.</w:t>
      </w:r>
      <w:r>
        <w:t>xml</w:t>
      </w:r>
      <w:r w:rsidRPr="00220625">
        <w:rPr>
          <w:lang w:val="el-GR"/>
        </w:rPr>
        <w:t xml:space="preserve">. Πατήστε </w:t>
      </w:r>
      <w:r>
        <w:t>Finish</w:t>
      </w:r>
      <w:r w:rsidRPr="00220625">
        <w:rPr>
          <w:lang w:val="el-GR"/>
        </w:rPr>
        <w:t>.</w:t>
      </w:r>
    </w:p>
    <w:p w14:paraId="7389C0F1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Βήμα 4. </w:t>
      </w:r>
      <w:r w:rsidRPr="00220625">
        <w:rPr>
          <w:lang w:val="el-GR"/>
        </w:rPr>
        <w:t xml:space="preserve">Περιμένετε να ολοκληρωθεί η λήψη των </w:t>
      </w:r>
      <w:r>
        <w:t>dependencies</w:t>
      </w:r>
      <w:r w:rsidRPr="00220625">
        <w:rPr>
          <w:lang w:val="el-GR"/>
        </w:rPr>
        <w:t>. Την πρώτη φορά αυτό μπορεί να πάρει λίγο χρόνο.</w:t>
      </w:r>
    </w:p>
    <w:p w14:paraId="06BBCDCC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Βήμα 5. </w:t>
      </w:r>
      <w:r w:rsidRPr="00220625">
        <w:rPr>
          <w:lang w:val="el-GR"/>
        </w:rPr>
        <w:t xml:space="preserve">Αν το </w:t>
      </w:r>
      <w:r>
        <w:t>Eclipse</w:t>
      </w:r>
      <w:r w:rsidRPr="00220625">
        <w:rPr>
          <w:lang w:val="el-GR"/>
        </w:rPr>
        <w:t xml:space="preserve"> δεν ενημερώσει αυτόματα το </w:t>
      </w:r>
      <w:r>
        <w:t>project</w:t>
      </w:r>
      <w:r w:rsidRPr="00220625">
        <w:rPr>
          <w:lang w:val="el-GR"/>
        </w:rPr>
        <w:t xml:space="preserve">, κάντε δεξί κλικ στο </w:t>
      </w:r>
      <w:r>
        <w:t>project</w:t>
      </w:r>
      <w:r w:rsidRPr="00220625">
        <w:rPr>
          <w:lang w:val="el-GR"/>
        </w:rPr>
        <w:t xml:space="preserve"> και επιλέξτε </w:t>
      </w:r>
      <w:r>
        <w:t>Maven</w:t>
      </w:r>
      <w:r w:rsidRPr="00220625">
        <w:rPr>
          <w:lang w:val="el-GR"/>
        </w:rPr>
        <w:t xml:space="preserve"> &gt; </w:t>
      </w:r>
      <w:r>
        <w:t>Update</w:t>
      </w:r>
      <w:r w:rsidRPr="00220625">
        <w:rPr>
          <w:lang w:val="el-GR"/>
        </w:rPr>
        <w:t xml:space="preserve"> </w:t>
      </w:r>
      <w:r>
        <w:t>Project</w:t>
      </w:r>
      <w:r w:rsidRPr="00220625">
        <w:rPr>
          <w:lang w:val="el-GR"/>
        </w:rPr>
        <w:t xml:space="preserve">... και στη συνέχεια </w:t>
      </w:r>
      <w:r>
        <w:t>OK</w:t>
      </w:r>
      <w:r w:rsidRPr="00220625">
        <w:rPr>
          <w:lang w:val="el-GR"/>
        </w:rPr>
        <w:t>.</w:t>
      </w:r>
    </w:p>
    <w:p w14:paraId="6DD2C27B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Βήμα 6. </w:t>
      </w:r>
      <w:r w:rsidRPr="00220625">
        <w:rPr>
          <w:lang w:val="el-GR"/>
        </w:rPr>
        <w:t xml:space="preserve">Ελέγξτε ότι εμφανίζεται το </w:t>
      </w:r>
      <w:r>
        <w:t>Maven</w:t>
      </w:r>
      <w:r w:rsidRPr="00220625">
        <w:rPr>
          <w:lang w:val="el-GR"/>
        </w:rPr>
        <w:t xml:space="preserve"> </w:t>
      </w:r>
      <w:r>
        <w:t>Dependencies</w:t>
      </w:r>
      <w:r w:rsidRPr="00220625">
        <w:rPr>
          <w:lang w:val="el-GR"/>
        </w:rPr>
        <w:t xml:space="preserve"> στο </w:t>
      </w:r>
      <w:r>
        <w:t>project</w:t>
      </w:r>
      <w:r w:rsidRPr="00220625">
        <w:rPr>
          <w:lang w:val="el-GR"/>
        </w:rPr>
        <w:t xml:space="preserve"> και ότι δεν υπάρχουν </w:t>
      </w:r>
      <w:r>
        <w:t>compilation</w:t>
      </w:r>
      <w:r w:rsidRPr="00220625">
        <w:rPr>
          <w:lang w:val="el-GR"/>
        </w:rPr>
        <w:t xml:space="preserve"> </w:t>
      </w:r>
      <w:r>
        <w:t>errors</w:t>
      </w:r>
      <w:r w:rsidRPr="00220625">
        <w:rPr>
          <w:lang w:val="el-GR"/>
        </w:rPr>
        <w:t>.</w:t>
      </w:r>
    </w:p>
    <w:p w14:paraId="497BCB70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Βήμα 7. </w:t>
      </w:r>
      <w:r w:rsidRPr="00220625">
        <w:rPr>
          <w:lang w:val="el-GR"/>
        </w:rPr>
        <w:t xml:space="preserve">Ανοίξτε την κλάση </w:t>
      </w:r>
      <w:proofErr w:type="spellStart"/>
      <w:r>
        <w:t>PoiPowerPointExample</w:t>
      </w:r>
      <w:proofErr w:type="spellEnd"/>
      <w:r w:rsidRPr="00220625">
        <w:rPr>
          <w:lang w:val="el-GR"/>
        </w:rPr>
        <w:t xml:space="preserve"> και εκτελέστε </w:t>
      </w:r>
      <w:r>
        <w:t>Run</w:t>
      </w:r>
      <w:r w:rsidRPr="00220625">
        <w:rPr>
          <w:lang w:val="el-GR"/>
        </w:rPr>
        <w:t xml:space="preserve"> </w:t>
      </w:r>
      <w:r>
        <w:t>As</w:t>
      </w:r>
      <w:r w:rsidRPr="00220625">
        <w:rPr>
          <w:lang w:val="el-GR"/>
        </w:rPr>
        <w:t xml:space="preserve"> &gt; </w:t>
      </w:r>
      <w:r>
        <w:t>Java</w:t>
      </w:r>
      <w:r w:rsidRPr="00220625">
        <w:rPr>
          <w:lang w:val="el-GR"/>
        </w:rPr>
        <w:t xml:space="preserve"> </w:t>
      </w:r>
      <w:r>
        <w:t>Application</w:t>
      </w:r>
      <w:r w:rsidRPr="00220625">
        <w:rPr>
          <w:lang w:val="el-GR"/>
        </w:rPr>
        <w:t xml:space="preserve">. Το αποτέλεσμα γράφεται στο </w:t>
      </w:r>
      <w:r>
        <w:t>output</w:t>
      </w:r>
      <w:r w:rsidRPr="00220625">
        <w:rPr>
          <w:lang w:val="el-GR"/>
        </w:rPr>
        <w:t>/</w:t>
      </w:r>
      <w:r>
        <w:t>poi</w:t>
      </w:r>
      <w:r w:rsidRPr="00220625">
        <w:rPr>
          <w:lang w:val="el-GR"/>
        </w:rPr>
        <w:t>-</w:t>
      </w:r>
      <w:r>
        <w:t>example</w:t>
      </w:r>
      <w:r w:rsidRPr="00220625">
        <w:rPr>
          <w:lang w:val="el-GR"/>
        </w:rPr>
        <w:t>.</w:t>
      </w:r>
      <w:r>
        <w:t>pptx</w:t>
      </w:r>
      <w:r w:rsidRPr="00220625">
        <w:rPr>
          <w:lang w:val="el-GR"/>
        </w:rPr>
        <w:t>.</w:t>
      </w:r>
    </w:p>
    <w:p w14:paraId="2D38711D" w14:textId="77777777" w:rsidR="00895B53" w:rsidRPr="00220625" w:rsidRDefault="00000000">
      <w:pPr>
        <w:rPr>
          <w:lang w:val="el-GR"/>
        </w:rPr>
      </w:pPr>
      <w:r w:rsidRPr="00220625">
        <w:rPr>
          <w:b/>
          <w:lang w:val="el-GR"/>
        </w:rPr>
        <w:t xml:space="preserve">Βήμα 8. </w:t>
      </w:r>
      <w:r w:rsidRPr="00220625">
        <w:rPr>
          <w:lang w:val="el-GR"/>
        </w:rPr>
        <w:t xml:space="preserve">Ανοίξτε την κλάση </w:t>
      </w:r>
      <w:proofErr w:type="spellStart"/>
      <w:r>
        <w:t>HtmlExportExample</w:t>
      </w:r>
      <w:proofErr w:type="spellEnd"/>
      <w:r w:rsidRPr="00220625">
        <w:rPr>
          <w:lang w:val="el-GR"/>
        </w:rPr>
        <w:t xml:space="preserve"> και εκτελέστε </w:t>
      </w:r>
      <w:r>
        <w:t>Run</w:t>
      </w:r>
      <w:r w:rsidRPr="00220625">
        <w:rPr>
          <w:lang w:val="el-GR"/>
        </w:rPr>
        <w:t xml:space="preserve"> </w:t>
      </w:r>
      <w:r>
        <w:t>As</w:t>
      </w:r>
      <w:r w:rsidRPr="00220625">
        <w:rPr>
          <w:lang w:val="el-GR"/>
        </w:rPr>
        <w:t xml:space="preserve"> &gt; </w:t>
      </w:r>
      <w:r>
        <w:t>Java</w:t>
      </w:r>
      <w:r w:rsidRPr="00220625">
        <w:rPr>
          <w:lang w:val="el-GR"/>
        </w:rPr>
        <w:t xml:space="preserve"> </w:t>
      </w:r>
      <w:r>
        <w:t>Application</w:t>
      </w:r>
      <w:r w:rsidRPr="00220625">
        <w:rPr>
          <w:lang w:val="el-GR"/>
        </w:rPr>
        <w:t xml:space="preserve">. Το αποτέλεσμα γράφεται στο </w:t>
      </w:r>
      <w:r>
        <w:t>output</w:t>
      </w:r>
      <w:r w:rsidRPr="00220625">
        <w:rPr>
          <w:lang w:val="el-GR"/>
        </w:rPr>
        <w:t>/</w:t>
      </w:r>
      <w:r>
        <w:t>html</w:t>
      </w:r>
      <w:r w:rsidRPr="00220625">
        <w:rPr>
          <w:lang w:val="el-GR"/>
        </w:rPr>
        <w:t>-</w:t>
      </w:r>
      <w:r>
        <w:t>example</w:t>
      </w:r>
      <w:r w:rsidRPr="00220625">
        <w:rPr>
          <w:lang w:val="el-GR"/>
        </w:rPr>
        <w:t>.</w:t>
      </w:r>
      <w:r>
        <w:t>html</w:t>
      </w:r>
      <w:r w:rsidRPr="00220625">
        <w:rPr>
          <w:lang w:val="el-GR"/>
        </w:rPr>
        <w:t xml:space="preserve"> και η εικόνα αντιγράφεται στον ίδιο φάκελο.</w:t>
      </w:r>
    </w:p>
    <w:p w14:paraId="69582ED0" w14:textId="77777777" w:rsidR="00895B53" w:rsidRDefault="00000000">
      <w:r w:rsidRPr="00220625">
        <w:rPr>
          <w:b/>
          <w:lang w:val="el-GR"/>
        </w:rPr>
        <w:t xml:space="preserve">Τι κάνει το </w:t>
      </w:r>
      <w:r>
        <w:rPr>
          <w:b/>
        </w:rPr>
        <w:t>pom</w:t>
      </w:r>
      <w:r w:rsidRPr="00220625">
        <w:rPr>
          <w:b/>
          <w:lang w:val="el-GR"/>
        </w:rPr>
        <w:t>.</w:t>
      </w:r>
      <w:r>
        <w:rPr>
          <w:b/>
        </w:rPr>
        <w:t>xml</w:t>
      </w:r>
      <w:r w:rsidRPr="00220625">
        <w:rPr>
          <w:b/>
          <w:lang w:val="el-GR"/>
        </w:rPr>
        <w:t xml:space="preserve">: </w:t>
      </w:r>
      <w:r w:rsidRPr="00220625">
        <w:rPr>
          <w:lang w:val="el-GR"/>
        </w:rPr>
        <w:t xml:space="preserve">δηλώνει τις εξωτερικές βιβλιοθήκες που χρειάζεται το </w:t>
      </w:r>
      <w:r>
        <w:t>project</w:t>
      </w:r>
      <w:r w:rsidRPr="00220625">
        <w:rPr>
          <w:lang w:val="el-GR"/>
        </w:rPr>
        <w:t xml:space="preserve">. Το </w:t>
      </w:r>
      <w:r>
        <w:t>Maven</w:t>
      </w:r>
      <w:r w:rsidRPr="00220625">
        <w:rPr>
          <w:lang w:val="el-GR"/>
        </w:rPr>
        <w:t xml:space="preserve"> τις κατεβάζει και τις προσθέτει αυτόματα στο </w:t>
      </w:r>
      <w:proofErr w:type="spellStart"/>
      <w:r>
        <w:t>classpath</w:t>
      </w:r>
      <w:proofErr w:type="spellEnd"/>
      <w:r w:rsidRPr="00220625">
        <w:rPr>
          <w:lang w:val="el-GR"/>
        </w:rPr>
        <w:t xml:space="preserve">. Επομένως, στο </w:t>
      </w:r>
      <w:r>
        <w:t>Maven</w:t>
      </w:r>
      <w:r w:rsidRPr="00220625">
        <w:rPr>
          <w:lang w:val="el-GR"/>
        </w:rPr>
        <w:t xml:space="preserve"> </w:t>
      </w:r>
      <w:r>
        <w:t>project</w:t>
      </w:r>
      <w:r w:rsidRPr="00220625">
        <w:rPr>
          <w:lang w:val="el-GR"/>
        </w:rPr>
        <w:t xml:space="preserve"> δεν προσθέτουμε τα </w:t>
      </w:r>
      <w:r>
        <w:t>JAR</w:t>
      </w:r>
      <w:r w:rsidRPr="00220625">
        <w:rPr>
          <w:lang w:val="el-GR"/>
        </w:rPr>
        <w:t xml:space="preserve"> αρχεία με το χέρι στο </w:t>
      </w:r>
      <w:r>
        <w:t>Build</w:t>
      </w:r>
      <w:r w:rsidRPr="00220625">
        <w:rPr>
          <w:lang w:val="el-GR"/>
        </w:rPr>
        <w:t xml:space="preserve"> </w:t>
      </w:r>
      <w:r>
        <w:t>Path</w:t>
      </w:r>
      <w:r w:rsidRPr="00220625">
        <w:rPr>
          <w:lang w:val="el-GR"/>
        </w:rPr>
        <w:t>.</w:t>
      </w:r>
    </w:p>
    <w:p w14:paraId="0F8D0D3D" w14:textId="3141906A" w:rsidR="00220625" w:rsidRDefault="00220625">
      <w:r>
        <w:br w:type="page"/>
      </w:r>
    </w:p>
    <w:p w14:paraId="7708D420" w14:textId="77777777" w:rsidR="00895B53" w:rsidRPr="00220625" w:rsidRDefault="00000000">
      <w:pPr>
        <w:pStyle w:val="Heading1"/>
        <w:rPr>
          <w:lang w:val="el-GR"/>
        </w:rPr>
      </w:pPr>
      <w:r w:rsidRPr="00220625">
        <w:rPr>
          <w:lang w:val="el-GR"/>
        </w:rPr>
        <w:lastRenderedPageBreak/>
        <w:t>4. Ποια είναι η διαφορά των δύο παραδειγμάτων;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895B53" w14:paraId="25915E8F" w14:textId="77777777">
        <w:trPr>
          <w:cantSplit/>
        </w:trPr>
        <w:tc>
          <w:tcPr>
            <w:tcW w:w="3249" w:type="dxa"/>
          </w:tcPr>
          <w:p w14:paraId="28BEC56A" w14:textId="77777777" w:rsidR="00895B53" w:rsidRPr="00220625" w:rsidRDefault="00895B53">
            <w:pPr>
              <w:rPr>
                <w:lang w:val="el-GR"/>
              </w:rPr>
            </w:pPr>
          </w:p>
        </w:tc>
        <w:tc>
          <w:tcPr>
            <w:tcW w:w="3249" w:type="dxa"/>
          </w:tcPr>
          <w:p w14:paraId="39A83BAA" w14:textId="77777777" w:rsidR="00895B53" w:rsidRDefault="00000000">
            <w:proofErr w:type="spellStart"/>
            <w:r>
              <w:t>Το</w:t>
            </w:r>
            <w:proofErr w:type="spellEnd"/>
            <w:r>
              <w:t>πικά JAR</w:t>
            </w:r>
          </w:p>
        </w:tc>
        <w:tc>
          <w:tcPr>
            <w:tcW w:w="3249" w:type="dxa"/>
          </w:tcPr>
          <w:p w14:paraId="0605BF87" w14:textId="77777777" w:rsidR="00895B53" w:rsidRDefault="00000000">
            <w:r>
              <w:t>Maven</w:t>
            </w:r>
          </w:p>
        </w:tc>
      </w:tr>
      <w:tr w:rsidR="00895B53" w14:paraId="3036C1A3" w14:textId="77777777">
        <w:trPr>
          <w:cantSplit/>
        </w:trPr>
        <w:tc>
          <w:tcPr>
            <w:tcW w:w="3249" w:type="dxa"/>
          </w:tcPr>
          <w:p w14:paraId="54E5567C" w14:textId="77777777" w:rsidR="00895B53" w:rsidRDefault="00000000">
            <w:r>
              <w:t>Πού δηλώνονται οι βιβλιοθήκες;</w:t>
            </w:r>
          </w:p>
        </w:tc>
        <w:tc>
          <w:tcPr>
            <w:tcW w:w="3249" w:type="dxa"/>
          </w:tcPr>
          <w:p w14:paraId="7D33B846" w14:textId="77777777" w:rsidR="00895B53" w:rsidRDefault="00000000">
            <w:r>
              <w:t>Στον φάκελο lib και στο Eclipse Build Path</w:t>
            </w:r>
          </w:p>
        </w:tc>
        <w:tc>
          <w:tcPr>
            <w:tcW w:w="3249" w:type="dxa"/>
          </w:tcPr>
          <w:p w14:paraId="44313E7B" w14:textId="77777777" w:rsidR="00895B53" w:rsidRDefault="00000000">
            <w:r>
              <w:t>Στο pom.xml</w:t>
            </w:r>
          </w:p>
        </w:tc>
      </w:tr>
      <w:tr w:rsidR="00895B53" w14:paraId="39DA20A1" w14:textId="77777777">
        <w:trPr>
          <w:cantSplit/>
        </w:trPr>
        <w:tc>
          <w:tcPr>
            <w:tcW w:w="3249" w:type="dxa"/>
          </w:tcPr>
          <w:p w14:paraId="3FAF5299" w14:textId="77777777" w:rsidR="00895B53" w:rsidRDefault="00000000">
            <w:r>
              <w:t>Ποιος βρίσκει τα dependencies;</w:t>
            </w:r>
          </w:p>
        </w:tc>
        <w:tc>
          <w:tcPr>
            <w:tcW w:w="3249" w:type="dxa"/>
          </w:tcPr>
          <w:p w14:paraId="44007CE4" w14:textId="77777777" w:rsidR="00895B53" w:rsidRDefault="00000000">
            <w:r>
              <w:t>Ο χρήστης</w:t>
            </w:r>
          </w:p>
        </w:tc>
        <w:tc>
          <w:tcPr>
            <w:tcW w:w="3249" w:type="dxa"/>
          </w:tcPr>
          <w:p w14:paraId="61C41157" w14:textId="77777777" w:rsidR="00895B53" w:rsidRDefault="00000000">
            <w:r>
              <w:t>Το Maven</w:t>
            </w:r>
          </w:p>
        </w:tc>
      </w:tr>
      <w:tr w:rsidR="00895B53" w14:paraId="26EF5FDC" w14:textId="77777777">
        <w:trPr>
          <w:cantSplit/>
        </w:trPr>
        <w:tc>
          <w:tcPr>
            <w:tcW w:w="3249" w:type="dxa"/>
          </w:tcPr>
          <w:p w14:paraId="00229B28" w14:textId="77777777" w:rsidR="00895B53" w:rsidRPr="00220625" w:rsidRDefault="00000000">
            <w:pPr>
              <w:rPr>
                <w:lang w:val="el-GR"/>
              </w:rPr>
            </w:pPr>
            <w:r w:rsidRPr="00220625">
              <w:rPr>
                <w:lang w:val="el-GR"/>
              </w:rPr>
              <w:t xml:space="preserve">Πώς αλλάζει ο κώδικας </w:t>
            </w:r>
            <w:r>
              <w:t>POI</w:t>
            </w:r>
            <w:r w:rsidRPr="00220625">
              <w:rPr>
                <w:lang w:val="el-GR"/>
              </w:rPr>
              <w:t>;</w:t>
            </w:r>
          </w:p>
        </w:tc>
        <w:tc>
          <w:tcPr>
            <w:tcW w:w="3249" w:type="dxa"/>
          </w:tcPr>
          <w:p w14:paraId="4AA6F8C4" w14:textId="77777777" w:rsidR="00895B53" w:rsidRDefault="00000000">
            <w:r>
              <w:t>Δεν αλλάζει ουσιαστικά</w:t>
            </w:r>
          </w:p>
        </w:tc>
        <w:tc>
          <w:tcPr>
            <w:tcW w:w="3249" w:type="dxa"/>
          </w:tcPr>
          <w:p w14:paraId="02A249A1" w14:textId="77777777" w:rsidR="00895B53" w:rsidRDefault="00000000">
            <w:r>
              <w:t>Δεν αλλάζει ουσιαστικά</w:t>
            </w:r>
          </w:p>
        </w:tc>
      </w:tr>
      <w:tr w:rsidR="00895B53" w:rsidRPr="00220625" w14:paraId="1925B3CF" w14:textId="77777777">
        <w:trPr>
          <w:cantSplit/>
        </w:trPr>
        <w:tc>
          <w:tcPr>
            <w:tcW w:w="3249" w:type="dxa"/>
          </w:tcPr>
          <w:p w14:paraId="483D4182" w14:textId="77777777" w:rsidR="00895B53" w:rsidRDefault="00000000">
            <w:r>
              <w:t>Πότε είναι χρήσιμο;</w:t>
            </w:r>
          </w:p>
        </w:tc>
        <w:tc>
          <w:tcPr>
            <w:tcW w:w="3249" w:type="dxa"/>
          </w:tcPr>
          <w:p w14:paraId="7106E6C0" w14:textId="77777777" w:rsidR="00895B53" w:rsidRPr="00220625" w:rsidRDefault="00000000">
            <w:pPr>
              <w:rPr>
                <w:lang w:val="el-GR"/>
              </w:rPr>
            </w:pPr>
            <w:r w:rsidRPr="00220625">
              <w:rPr>
                <w:lang w:val="el-GR"/>
              </w:rPr>
              <w:t xml:space="preserve">Για να καταλάβουμε τι σημαίνει </w:t>
            </w:r>
            <w:r>
              <w:t>external</w:t>
            </w:r>
            <w:r w:rsidRPr="00220625">
              <w:rPr>
                <w:lang w:val="el-GR"/>
              </w:rPr>
              <w:t xml:space="preserve"> </w:t>
            </w:r>
            <w:r>
              <w:t>library</w:t>
            </w:r>
            <w:r w:rsidRPr="00220625">
              <w:rPr>
                <w:lang w:val="el-GR"/>
              </w:rPr>
              <w:t xml:space="preserve"> / </w:t>
            </w:r>
            <w:proofErr w:type="spellStart"/>
            <w:r>
              <w:t>classpath</w:t>
            </w:r>
            <w:proofErr w:type="spellEnd"/>
          </w:p>
        </w:tc>
        <w:tc>
          <w:tcPr>
            <w:tcW w:w="3249" w:type="dxa"/>
          </w:tcPr>
          <w:p w14:paraId="30CF3B61" w14:textId="77777777" w:rsidR="00895B53" w:rsidRPr="00220625" w:rsidRDefault="00000000">
            <w:pPr>
              <w:rPr>
                <w:lang w:val="el-GR"/>
              </w:rPr>
            </w:pPr>
            <w:r w:rsidRPr="00220625">
              <w:rPr>
                <w:lang w:val="el-GR"/>
              </w:rPr>
              <w:t xml:space="preserve">Για κανονική διαχείριση </w:t>
            </w:r>
            <w:r>
              <w:t>dependencies</w:t>
            </w:r>
            <w:r w:rsidRPr="00220625">
              <w:rPr>
                <w:lang w:val="el-GR"/>
              </w:rPr>
              <w:t xml:space="preserve"> σε μεγαλύτερα </w:t>
            </w:r>
            <w:r>
              <w:t>projects</w:t>
            </w:r>
          </w:p>
        </w:tc>
      </w:tr>
    </w:tbl>
    <w:p w14:paraId="566FCF2F" w14:textId="77777777" w:rsidR="00895B53" w:rsidRDefault="00000000">
      <w:pPr>
        <w:pStyle w:val="Heading1"/>
      </w:pPr>
      <w:r>
        <w:t>5. Αν κάτι δεν λειτουργεί</w:t>
      </w:r>
    </w:p>
    <w:p w14:paraId="1A6C26C0" w14:textId="77777777" w:rsidR="00895B53" w:rsidRPr="00220625" w:rsidRDefault="00000000">
      <w:pPr>
        <w:pStyle w:val="ListBullet"/>
        <w:rPr>
          <w:lang w:val="el-GR"/>
        </w:rPr>
      </w:pPr>
      <w:r w:rsidRPr="00220625">
        <w:rPr>
          <w:lang w:val="el-GR"/>
        </w:rPr>
        <w:t xml:space="preserve">Κόκκινα </w:t>
      </w:r>
      <w:r>
        <w:t>imports</w:t>
      </w:r>
      <w:r w:rsidRPr="00220625">
        <w:rPr>
          <w:lang w:val="el-GR"/>
        </w:rPr>
        <w:t xml:space="preserve"> του </w:t>
      </w:r>
      <w:r>
        <w:t>Apache</w:t>
      </w:r>
      <w:r w:rsidRPr="00220625">
        <w:rPr>
          <w:lang w:val="el-GR"/>
        </w:rPr>
        <w:t xml:space="preserve"> </w:t>
      </w:r>
      <w:r>
        <w:t>POI</w:t>
      </w:r>
      <w:r w:rsidRPr="00220625">
        <w:rPr>
          <w:lang w:val="el-GR"/>
        </w:rPr>
        <w:t xml:space="preserve"> στο </w:t>
      </w:r>
      <w:r>
        <w:t>Project</w:t>
      </w:r>
      <w:r w:rsidRPr="00220625">
        <w:rPr>
          <w:lang w:val="el-GR"/>
        </w:rPr>
        <w:t xml:space="preserve"> 1: ελέγξτε ότι όλα τα απαιτούμενα </w:t>
      </w:r>
      <w:r>
        <w:t>JAR</w:t>
      </w:r>
      <w:r w:rsidRPr="00220625">
        <w:rPr>
          <w:lang w:val="el-GR"/>
        </w:rPr>
        <w:t xml:space="preserve"> αρχεία υπάρχουν στον </w:t>
      </w:r>
      <w:r>
        <w:t>lib</w:t>
      </w:r>
      <w:r w:rsidRPr="00220625">
        <w:rPr>
          <w:lang w:val="el-GR"/>
        </w:rPr>
        <w:t xml:space="preserve"> και έχουν προστεθεί στο </w:t>
      </w:r>
      <w:r>
        <w:t>Build</w:t>
      </w:r>
      <w:r w:rsidRPr="00220625">
        <w:rPr>
          <w:lang w:val="el-GR"/>
        </w:rPr>
        <w:t xml:space="preserve"> </w:t>
      </w:r>
      <w:r>
        <w:t>Path</w:t>
      </w:r>
      <w:r w:rsidRPr="00220625">
        <w:rPr>
          <w:lang w:val="el-GR"/>
        </w:rPr>
        <w:t>.</w:t>
      </w:r>
    </w:p>
    <w:p w14:paraId="42176413" w14:textId="77777777" w:rsidR="00895B53" w:rsidRPr="00220625" w:rsidRDefault="00000000">
      <w:pPr>
        <w:pStyle w:val="ListBullet"/>
        <w:rPr>
          <w:lang w:val="el-GR"/>
        </w:rPr>
      </w:pPr>
      <w:r w:rsidRPr="00220625">
        <w:rPr>
          <w:lang w:val="el-GR"/>
        </w:rPr>
        <w:t xml:space="preserve">Κόκκινα </w:t>
      </w:r>
      <w:r>
        <w:t>imports</w:t>
      </w:r>
      <w:r w:rsidRPr="00220625">
        <w:rPr>
          <w:lang w:val="el-GR"/>
        </w:rPr>
        <w:t xml:space="preserve"> του </w:t>
      </w:r>
      <w:r>
        <w:t>Apache</w:t>
      </w:r>
      <w:r w:rsidRPr="00220625">
        <w:rPr>
          <w:lang w:val="el-GR"/>
        </w:rPr>
        <w:t xml:space="preserve"> </w:t>
      </w:r>
      <w:r>
        <w:t>POI</w:t>
      </w:r>
      <w:r w:rsidRPr="00220625">
        <w:rPr>
          <w:lang w:val="el-GR"/>
        </w:rPr>
        <w:t xml:space="preserve"> στο </w:t>
      </w:r>
      <w:r>
        <w:t>Project</w:t>
      </w:r>
      <w:r w:rsidRPr="00220625">
        <w:rPr>
          <w:lang w:val="el-GR"/>
        </w:rPr>
        <w:t xml:space="preserve"> 2: εκτελέστε </w:t>
      </w:r>
      <w:r>
        <w:t>Maven</w:t>
      </w:r>
      <w:r w:rsidRPr="00220625">
        <w:rPr>
          <w:lang w:val="el-GR"/>
        </w:rPr>
        <w:t xml:space="preserve"> &gt; </w:t>
      </w:r>
      <w:r>
        <w:t>Update</w:t>
      </w:r>
      <w:r w:rsidRPr="00220625">
        <w:rPr>
          <w:lang w:val="el-GR"/>
        </w:rPr>
        <w:t xml:space="preserve"> </w:t>
      </w:r>
      <w:r>
        <w:t>Project</w:t>
      </w:r>
      <w:r w:rsidRPr="00220625">
        <w:rPr>
          <w:lang w:val="el-GR"/>
        </w:rPr>
        <w:t xml:space="preserve"> και ελέγξτε τη σύνδεση στο </w:t>
      </w:r>
      <w:r>
        <w:t>Internet</w:t>
      </w:r>
      <w:r w:rsidRPr="00220625">
        <w:rPr>
          <w:lang w:val="el-GR"/>
        </w:rPr>
        <w:t>.</w:t>
      </w:r>
    </w:p>
    <w:p w14:paraId="1666FBF4" w14:textId="77777777" w:rsidR="00895B53" w:rsidRPr="00220625" w:rsidRDefault="00000000">
      <w:pPr>
        <w:pStyle w:val="ListBullet"/>
        <w:rPr>
          <w:lang w:val="el-GR"/>
        </w:rPr>
      </w:pPr>
      <w:r w:rsidRPr="00220625">
        <w:rPr>
          <w:lang w:val="el-GR"/>
        </w:rPr>
        <w:t xml:space="preserve">Σφάλμα σχετικό με </w:t>
      </w:r>
      <w:r>
        <w:t>Java</w:t>
      </w:r>
      <w:r w:rsidRPr="00220625">
        <w:rPr>
          <w:lang w:val="el-GR"/>
        </w:rPr>
        <w:t>/</w:t>
      </w:r>
      <w:r>
        <w:t>JRE</w:t>
      </w:r>
      <w:r w:rsidRPr="00220625">
        <w:rPr>
          <w:lang w:val="el-GR"/>
        </w:rPr>
        <w:t xml:space="preserve">: ελέγξτε </w:t>
      </w:r>
      <w:r>
        <w:t>Project</w:t>
      </w:r>
      <w:r w:rsidRPr="00220625">
        <w:rPr>
          <w:lang w:val="el-GR"/>
        </w:rPr>
        <w:t xml:space="preserve"> &gt; </w:t>
      </w:r>
      <w:r>
        <w:t>Properties</w:t>
      </w:r>
      <w:r w:rsidRPr="00220625">
        <w:rPr>
          <w:lang w:val="el-GR"/>
        </w:rPr>
        <w:t xml:space="preserve"> &gt; </w:t>
      </w:r>
      <w:r>
        <w:t>Java</w:t>
      </w:r>
      <w:r w:rsidRPr="00220625">
        <w:rPr>
          <w:lang w:val="el-GR"/>
        </w:rPr>
        <w:t xml:space="preserve"> </w:t>
      </w:r>
      <w:r>
        <w:t>Build</w:t>
      </w:r>
      <w:r w:rsidRPr="00220625">
        <w:rPr>
          <w:lang w:val="el-GR"/>
        </w:rPr>
        <w:t xml:space="preserve"> </w:t>
      </w:r>
      <w:r>
        <w:t>Path</w:t>
      </w:r>
      <w:r w:rsidRPr="00220625">
        <w:rPr>
          <w:lang w:val="el-GR"/>
        </w:rPr>
        <w:t xml:space="preserve"> &gt; </w:t>
      </w:r>
      <w:r>
        <w:t>Libraries</w:t>
      </w:r>
      <w:r w:rsidRPr="00220625">
        <w:rPr>
          <w:lang w:val="el-GR"/>
        </w:rPr>
        <w:t xml:space="preserve"> και επιλέξτε κατάλληλο </w:t>
      </w:r>
      <w:r>
        <w:t>JRE</w:t>
      </w:r>
      <w:r w:rsidRPr="00220625">
        <w:rPr>
          <w:lang w:val="el-GR"/>
        </w:rPr>
        <w:t xml:space="preserve"> </w:t>
      </w:r>
      <w:r>
        <w:t>System</w:t>
      </w:r>
      <w:r w:rsidRPr="00220625">
        <w:rPr>
          <w:lang w:val="el-GR"/>
        </w:rPr>
        <w:t xml:space="preserve"> </w:t>
      </w:r>
      <w:r>
        <w:t>Library</w:t>
      </w:r>
      <w:r w:rsidRPr="00220625">
        <w:rPr>
          <w:lang w:val="el-GR"/>
        </w:rPr>
        <w:t>.</w:t>
      </w:r>
    </w:p>
    <w:p w14:paraId="07DC8B52" w14:textId="77777777" w:rsidR="00895B53" w:rsidRPr="00220625" w:rsidRDefault="00000000">
      <w:pPr>
        <w:pStyle w:val="ListBullet"/>
        <w:rPr>
          <w:lang w:val="el-GR"/>
        </w:rPr>
      </w:pPr>
      <w:r w:rsidRPr="00220625">
        <w:rPr>
          <w:lang w:val="el-GR"/>
        </w:rPr>
        <w:t xml:space="preserve">Δεν βρίσκεται η εικόνα: εκτελέστε το πρόγραμμα από το </w:t>
      </w:r>
      <w:r>
        <w:t>project</w:t>
      </w:r>
      <w:r w:rsidRPr="00220625">
        <w:rPr>
          <w:lang w:val="el-GR"/>
        </w:rPr>
        <w:t xml:space="preserve"> στο </w:t>
      </w:r>
      <w:r>
        <w:t>Eclipse</w:t>
      </w:r>
      <w:r w:rsidRPr="00220625">
        <w:rPr>
          <w:lang w:val="el-GR"/>
        </w:rPr>
        <w:t xml:space="preserve"> και ελέγξτε ότι υπάρχει το </w:t>
      </w:r>
      <w:r>
        <w:t>data</w:t>
      </w:r>
      <w:r w:rsidRPr="00220625">
        <w:rPr>
          <w:lang w:val="el-GR"/>
        </w:rPr>
        <w:t>/</w:t>
      </w:r>
      <w:r>
        <w:t>temperature</w:t>
      </w:r>
      <w:r w:rsidRPr="00220625">
        <w:rPr>
          <w:lang w:val="el-GR"/>
        </w:rPr>
        <w:t>-</w:t>
      </w:r>
      <w:r>
        <w:t>chart</w:t>
      </w:r>
      <w:r w:rsidRPr="00220625">
        <w:rPr>
          <w:lang w:val="el-GR"/>
        </w:rPr>
        <w:t>.</w:t>
      </w:r>
      <w:proofErr w:type="spellStart"/>
      <w:r>
        <w:t>png</w:t>
      </w:r>
      <w:proofErr w:type="spellEnd"/>
      <w:r w:rsidRPr="00220625">
        <w:rPr>
          <w:lang w:val="el-GR"/>
        </w:rPr>
        <w:t>.</w:t>
      </w:r>
    </w:p>
    <w:p w14:paraId="32D98DCD" w14:textId="77777777" w:rsidR="00895B53" w:rsidRPr="00220625" w:rsidRDefault="00000000">
      <w:pPr>
        <w:pStyle w:val="ListBullet"/>
        <w:rPr>
          <w:lang w:val="el-GR"/>
        </w:rPr>
      </w:pPr>
      <w:r w:rsidRPr="00220625">
        <w:rPr>
          <w:lang w:val="el-GR"/>
        </w:rPr>
        <w:t xml:space="preserve">Το παραγόμενο αρχείο δεν φαίνεται στο </w:t>
      </w:r>
      <w:r>
        <w:t>Eclipse</w:t>
      </w:r>
      <w:r w:rsidRPr="00220625">
        <w:rPr>
          <w:lang w:val="el-GR"/>
        </w:rPr>
        <w:t xml:space="preserve">: κάντε δεξί κλικ στο </w:t>
      </w:r>
      <w:r>
        <w:t>project</w:t>
      </w:r>
      <w:r w:rsidRPr="00220625">
        <w:rPr>
          <w:lang w:val="el-GR"/>
        </w:rPr>
        <w:t xml:space="preserve"> και επιλέξτε </w:t>
      </w:r>
      <w:r>
        <w:t>Refresh</w:t>
      </w:r>
      <w:r w:rsidRPr="00220625">
        <w:rPr>
          <w:lang w:val="el-GR"/>
        </w:rPr>
        <w:t>.</w:t>
      </w:r>
    </w:p>
    <w:p w14:paraId="5F21B01C" w14:textId="77777777" w:rsidR="00895B53" w:rsidRDefault="00000000">
      <w:r w:rsidRPr="00220625">
        <w:rPr>
          <w:b/>
          <w:lang w:val="el-GR"/>
        </w:rPr>
        <w:t xml:space="preserve">Σημαντικό: </w:t>
      </w:r>
      <w:r w:rsidRPr="00220625">
        <w:rPr>
          <w:lang w:val="el-GR"/>
        </w:rPr>
        <w:t xml:space="preserve">Τα δύο </w:t>
      </w:r>
      <w:r>
        <w:t>projects</w:t>
      </w:r>
      <w:r w:rsidRPr="00220625">
        <w:rPr>
          <w:lang w:val="el-GR"/>
        </w:rPr>
        <w:t xml:space="preserve"> είναι παραδείγματα χρήσης βιβλιοθηκών και παραγωγής αρχείων. </w:t>
      </w:r>
      <w:r>
        <w:t>Δεν αποτελούν πρότυπο αρχιτεκτονικής για την προγραμματιστική εργασία.</w:t>
      </w:r>
    </w:p>
    <w:sectPr w:rsidR="00895B53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BAA8E" w14:textId="77777777" w:rsidR="006301F7" w:rsidRDefault="006301F7">
      <w:pPr>
        <w:spacing w:after="0" w:line="240" w:lineRule="auto"/>
      </w:pPr>
      <w:r>
        <w:separator/>
      </w:r>
    </w:p>
  </w:endnote>
  <w:endnote w:type="continuationSeparator" w:id="0">
    <w:p w14:paraId="4815662D" w14:textId="77777777" w:rsidR="006301F7" w:rsidRDefault="00630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D696B" w14:textId="77777777" w:rsidR="00895B53" w:rsidRPr="009027C8" w:rsidRDefault="00000000">
    <w:pPr>
      <w:pStyle w:val="Footer"/>
      <w:jc w:val="center"/>
      <w:rPr>
        <w:sz w:val="18"/>
        <w:szCs w:val="18"/>
      </w:rPr>
    </w:pPr>
    <w:proofErr w:type="spellStart"/>
    <w:r w:rsidRPr="009027C8">
      <w:rPr>
        <w:sz w:val="18"/>
        <w:szCs w:val="18"/>
      </w:rPr>
      <w:t>Σελίδ</w:t>
    </w:r>
    <w:proofErr w:type="spellEnd"/>
    <w:r w:rsidRPr="009027C8">
      <w:rPr>
        <w:sz w:val="18"/>
        <w:szCs w:val="18"/>
      </w:rPr>
      <w:t xml:space="preserve">α </w:t>
    </w:r>
    <w:r w:rsidRPr="009027C8">
      <w:rPr>
        <w:sz w:val="18"/>
        <w:szCs w:val="18"/>
      </w:rPr>
      <w:fldChar w:fldCharType="begin"/>
    </w:r>
    <w:r w:rsidRPr="009027C8">
      <w:rPr>
        <w:sz w:val="18"/>
        <w:szCs w:val="18"/>
      </w:rPr>
      <w:instrText>PAGE</w:instrText>
    </w:r>
    <w:r w:rsidR="00220625" w:rsidRPr="009027C8">
      <w:rPr>
        <w:sz w:val="18"/>
        <w:szCs w:val="18"/>
      </w:rPr>
      <w:fldChar w:fldCharType="separate"/>
    </w:r>
    <w:r w:rsidR="00220625" w:rsidRPr="009027C8">
      <w:rPr>
        <w:noProof/>
        <w:sz w:val="18"/>
        <w:szCs w:val="18"/>
      </w:rPr>
      <w:t>1</w:t>
    </w:r>
    <w:r w:rsidRPr="009027C8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106AF" w14:textId="77777777" w:rsidR="006301F7" w:rsidRDefault="006301F7">
      <w:pPr>
        <w:spacing w:after="0" w:line="240" w:lineRule="auto"/>
      </w:pPr>
      <w:r>
        <w:separator/>
      </w:r>
    </w:p>
  </w:footnote>
  <w:footnote w:type="continuationSeparator" w:id="0">
    <w:p w14:paraId="4B9DBE1C" w14:textId="77777777" w:rsidR="006301F7" w:rsidRDefault="006301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1791837">
    <w:abstractNumId w:val="8"/>
  </w:num>
  <w:num w:numId="2" w16cid:durableId="29886276">
    <w:abstractNumId w:val="6"/>
  </w:num>
  <w:num w:numId="3" w16cid:durableId="1257783499">
    <w:abstractNumId w:val="5"/>
  </w:num>
  <w:num w:numId="4" w16cid:durableId="274949729">
    <w:abstractNumId w:val="4"/>
  </w:num>
  <w:num w:numId="5" w16cid:durableId="916090656">
    <w:abstractNumId w:val="7"/>
  </w:num>
  <w:num w:numId="6" w16cid:durableId="828400494">
    <w:abstractNumId w:val="3"/>
  </w:num>
  <w:num w:numId="7" w16cid:durableId="1574660868">
    <w:abstractNumId w:val="2"/>
  </w:num>
  <w:num w:numId="8" w16cid:durableId="940181453">
    <w:abstractNumId w:val="1"/>
  </w:num>
  <w:num w:numId="9" w16cid:durableId="91620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625"/>
    <w:rsid w:val="0029639D"/>
    <w:rsid w:val="00326F90"/>
    <w:rsid w:val="006301F7"/>
    <w:rsid w:val="00895B53"/>
    <w:rsid w:val="009027C8"/>
    <w:rsid w:val="00A30EC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3E7AB0"/>
  <w14:defaultImageDpi w14:val="300"/>
  <w15:docId w15:val="{4FA4B980-4A7E-49B4-9FF1-615B6C19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625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Panos Vassiliadis</cp:lastModifiedBy>
  <cp:revision>3</cp:revision>
  <dcterms:created xsi:type="dcterms:W3CDTF">2013-12-23T23:15:00Z</dcterms:created>
  <dcterms:modified xsi:type="dcterms:W3CDTF">2026-09-21T18:42:00Z</dcterms:modified>
  <cp:category/>
</cp:coreProperties>
</file>