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47271F" w:rsidRPr="00B02096" w14:paraId="31FBB1FF" w14:textId="77777777" w:rsidTr="00B93FCD">
        <w:trPr>
          <w:jc w:val="center"/>
        </w:trPr>
        <w:tc>
          <w:tcPr>
            <w:tcW w:w="10036" w:type="dxa"/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C4FBC6" w14:textId="7B678535" w:rsidR="0047271F" w:rsidRPr="00B02096" w:rsidRDefault="0047271F" w:rsidP="00B93FCD">
            <w:pPr>
              <w:spacing w:line="480" w:lineRule="auto"/>
              <w:jc w:val="center"/>
              <w:rPr>
                <w:lang w:val="el-GR"/>
              </w:rPr>
            </w:pPr>
            <w:r w:rsidRPr="00B02096">
              <w:rPr>
                <w:b/>
                <w:lang w:val="el-GR"/>
              </w:rPr>
              <w:t>Έντυπο Έκθεσης Περάτωσης Μεταδιδακτορικής Έρευνας</w:t>
            </w:r>
          </w:p>
        </w:tc>
      </w:tr>
    </w:tbl>
    <w:p w14:paraId="1FE86007" w14:textId="77777777" w:rsidR="0047271F" w:rsidRPr="00B02096" w:rsidRDefault="0047271F" w:rsidP="0047271F">
      <w:pPr>
        <w:spacing w:after="40" w:line="480" w:lineRule="auto"/>
        <w:rPr>
          <w:lang w:val="el-GR"/>
        </w:rPr>
      </w:pPr>
    </w:p>
    <w:p w14:paraId="30B89E99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lang w:val="el-GR"/>
        </w:rPr>
        <w:t>Προς: Το Πανεπιστήμιο Ιωαννίνων</w:t>
      </w:r>
    </w:p>
    <w:p w14:paraId="35A913F2" w14:textId="0D58A960" w:rsidR="0047271F" w:rsidRPr="00B02096" w:rsidRDefault="0047271F" w:rsidP="0047271F">
      <w:pPr>
        <w:spacing w:after="20" w:line="480" w:lineRule="auto"/>
        <w:rPr>
          <w:lang w:val="el-GR"/>
        </w:rPr>
      </w:pPr>
      <w:r w:rsidRPr="00B02096">
        <w:rPr>
          <w:b/>
          <w:lang w:val="el-GR"/>
        </w:rPr>
        <w:t>Τμήμα:</w:t>
      </w:r>
      <w:r w:rsidR="00B02096">
        <w:rPr>
          <w:b/>
          <w:lang w:val="el-GR"/>
        </w:rPr>
        <w:t xml:space="preserve"> Μηχανικών Η/Υ &amp; Πληροφορικής</w:t>
      </w:r>
    </w:p>
    <w:p w14:paraId="326F05E1" w14:textId="77777777" w:rsidR="0047271F" w:rsidRPr="00B02096" w:rsidRDefault="0047271F" w:rsidP="0047271F">
      <w:pPr>
        <w:spacing w:before="160" w:after="180" w:line="480" w:lineRule="auto"/>
        <w:jc w:val="center"/>
        <w:rPr>
          <w:lang w:val="el-GR"/>
        </w:rPr>
      </w:pPr>
      <w:r w:rsidRPr="00B02096">
        <w:rPr>
          <w:b/>
          <w:sz w:val="21"/>
          <w:u w:val="single"/>
          <w:lang w:val="el-GR"/>
        </w:rPr>
        <w:t>Έκθεση Περάτωσης Μεταδιδακτορικής Έρευνας</w:t>
      </w:r>
    </w:p>
    <w:p w14:paraId="68414FD8" w14:textId="77777777" w:rsidR="0047271F" w:rsidRPr="00B02096" w:rsidRDefault="0047271F" w:rsidP="0047271F">
      <w:pPr>
        <w:spacing w:after="20" w:line="480" w:lineRule="auto"/>
        <w:rPr>
          <w:lang w:val="el-GR"/>
        </w:rPr>
      </w:pPr>
      <w:r w:rsidRPr="00B02096">
        <w:rPr>
          <w:b/>
          <w:lang w:val="el-GR"/>
        </w:rPr>
        <w:t>ΕΠΙΘΕΤΟ:</w:t>
      </w:r>
      <w:r w:rsidRPr="00B02096">
        <w:rPr>
          <w:lang w:val="el-GR"/>
        </w:rPr>
        <w:t>______________________________________________________________________</w:t>
      </w:r>
    </w:p>
    <w:p w14:paraId="2CA0F9C5" w14:textId="77777777" w:rsidR="0047271F" w:rsidRPr="00B02096" w:rsidRDefault="0047271F" w:rsidP="0047271F">
      <w:pPr>
        <w:spacing w:after="20" w:line="480" w:lineRule="auto"/>
        <w:rPr>
          <w:lang w:val="el-GR"/>
        </w:rPr>
      </w:pPr>
      <w:r w:rsidRPr="00B02096">
        <w:rPr>
          <w:b/>
          <w:lang w:val="el-GR"/>
        </w:rPr>
        <w:t>ΟΝΟΜΑ:</w:t>
      </w:r>
      <w:r w:rsidRPr="00B02096">
        <w:rPr>
          <w:lang w:val="el-GR"/>
        </w:rPr>
        <w:t>________________________________________________________________________</w:t>
      </w:r>
    </w:p>
    <w:p w14:paraId="369ACE69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sz w:val="19"/>
          <w:lang w:val="el-GR"/>
        </w:rPr>
        <w:t>1. Τίτλος</w:t>
      </w:r>
    </w:p>
    <w:p w14:paraId="6BED75CC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sz w:val="19"/>
          <w:lang w:val="el-GR"/>
        </w:rPr>
        <w:t>2. Εισαγωγή</w:t>
      </w:r>
    </w:p>
    <w:p w14:paraId="0FCD0348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sz w:val="19"/>
          <w:lang w:val="el-GR"/>
        </w:rPr>
        <w:t>3. Ορισμός προβλήματος-στόχοι</w:t>
      </w:r>
    </w:p>
    <w:p w14:paraId="4703917C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sz w:val="19"/>
          <w:lang w:val="el-GR"/>
        </w:rPr>
        <w:t>4. Περιγραφή αποτελεσμάτων έρευνας</w:t>
      </w:r>
    </w:p>
    <w:p w14:paraId="6EF121F4" w14:textId="77777777" w:rsidR="0047271F" w:rsidRPr="00B02096" w:rsidRDefault="0047271F" w:rsidP="0047271F">
      <w:pPr>
        <w:spacing w:after="80" w:line="480" w:lineRule="auto"/>
        <w:rPr>
          <w:lang w:val="el-GR"/>
        </w:rPr>
      </w:pPr>
      <w:r w:rsidRPr="00B02096">
        <w:rPr>
          <w:b/>
          <w:sz w:val="19"/>
          <w:lang w:val="el-GR"/>
        </w:rPr>
        <w:t xml:space="preserve">5. Δημοσιεύσεις </w:t>
      </w:r>
      <w:proofErr w:type="spellStart"/>
      <w:r w:rsidRPr="00B02096">
        <w:rPr>
          <w:b/>
          <w:sz w:val="19"/>
          <w:lang w:val="el-GR"/>
        </w:rPr>
        <w:t>Μεταδιδάκτορα</w:t>
      </w:r>
      <w:proofErr w:type="spellEnd"/>
      <w:r w:rsidRPr="00B02096">
        <w:rPr>
          <w:b/>
          <w:sz w:val="19"/>
          <w:lang w:val="el-GR"/>
        </w:rPr>
        <w:t xml:space="preserve"> Ερευνητή /</w:t>
      </w:r>
      <w:proofErr w:type="spellStart"/>
      <w:r w:rsidRPr="00B02096">
        <w:rPr>
          <w:b/>
          <w:sz w:val="19"/>
          <w:lang w:val="el-GR"/>
        </w:rPr>
        <w:t>τριας</w:t>
      </w:r>
      <w:proofErr w:type="spellEnd"/>
    </w:p>
    <w:p w14:paraId="33B07AAA" w14:textId="77777777" w:rsidR="0047271F" w:rsidRDefault="0047271F" w:rsidP="0047271F">
      <w:pPr>
        <w:spacing w:after="80" w:line="480" w:lineRule="auto"/>
      </w:pPr>
      <w:r>
        <w:rPr>
          <w:b/>
          <w:sz w:val="19"/>
        </w:rPr>
        <w:t>6. Αναφορές</w:t>
      </w:r>
    </w:p>
    <w:p w14:paraId="145E8A53" w14:textId="77777777" w:rsidR="0047271F" w:rsidRDefault="0047271F" w:rsidP="0047271F">
      <w:pPr>
        <w:spacing w:after="160" w:line="48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47271F" w:rsidRPr="00B02096" w14:paraId="25FEF5C9" w14:textId="77777777" w:rsidTr="00B93FCD">
        <w:trPr>
          <w:trHeight w:val="652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9ED5F55" w14:textId="77777777" w:rsidR="0047271F" w:rsidRDefault="0047271F" w:rsidP="00B93FCD">
            <w:pPr>
              <w:spacing w:line="480" w:lineRule="auto"/>
              <w:jc w:val="center"/>
            </w:pPr>
            <w:r>
              <w:rPr>
                <w:b/>
                <w:sz w:val="19"/>
              </w:rPr>
              <w:t>Ο/Η Επιβλέπων/ουσα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6EF6CC" w14:textId="77777777" w:rsidR="0047271F" w:rsidRPr="00B02096" w:rsidRDefault="0047271F" w:rsidP="00B93FCD">
            <w:pPr>
              <w:spacing w:line="480" w:lineRule="auto"/>
              <w:jc w:val="center"/>
              <w:rPr>
                <w:lang w:val="el-GR"/>
              </w:rPr>
            </w:pPr>
            <w:r w:rsidRPr="00B02096">
              <w:rPr>
                <w:b/>
                <w:sz w:val="19"/>
                <w:lang w:val="el-GR"/>
              </w:rPr>
              <w:t xml:space="preserve">Ο/Η </w:t>
            </w:r>
            <w:proofErr w:type="spellStart"/>
            <w:r w:rsidRPr="00B02096">
              <w:rPr>
                <w:b/>
                <w:sz w:val="19"/>
                <w:lang w:val="el-GR"/>
              </w:rPr>
              <w:t>Μεταδιδάκτορας</w:t>
            </w:r>
            <w:proofErr w:type="spellEnd"/>
            <w:r w:rsidRPr="00B02096">
              <w:rPr>
                <w:b/>
                <w:sz w:val="19"/>
                <w:lang w:val="el-GR"/>
              </w:rPr>
              <w:t xml:space="preserve"> Ερευνητής/</w:t>
            </w:r>
            <w:proofErr w:type="spellStart"/>
            <w:r w:rsidRPr="00B02096">
              <w:rPr>
                <w:b/>
                <w:sz w:val="19"/>
                <w:lang w:val="el-GR"/>
              </w:rPr>
              <w:t>τρια</w:t>
            </w:r>
            <w:proofErr w:type="spellEnd"/>
          </w:p>
        </w:tc>
      </w:tr>
      <w:tr w:rsidR="0047271F" w14:paraId="02994BF8" w14:textId="77777777" w:rsidTr="00B93FCD">
        <w:trPr>
          <w:trHeight w:val="652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27D54B" w14:textId="7ACFE1FC" w:rsidR="0047271F" w:rsidRDefault="0047271F" w:rsidP="00B93FCD">
            <w:pPr>
              <w:spacing w:line="480" w:lineRule="auto"/>
              <w:jc w:val="center"/>
            </w:pPr>
            <w:r>
              <w:rPr>
                <w:b/>
                <w:sz w:val="19"/>
              </w:rPr>
              <w:t>Υπ</w:t>
            </w:r>
            <w:proofErr w:type="spellStart"/>
            <w:r>
              <w:rPr>
                <w:b/>
                <w:sz w:val="19"/>
              </w:rPr>
              <w:t>ογρ</w:t>
            </w:r>
            <w:proofErr w:type="spellEnd"/>
            <w:r>
              <w:rPr>
                <w:b/>
                <w:sz w:val="19"/>
              </w:rPr>
              <w:t>αφή_________________________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2E7DB5" w14:textId="77777777" w:rsidR="0047271F" w:rsidRDefault="0047271F" w:rsidP="00B93FCD">
            <w:pPr>
              <w:spacing w:line="480" w:lineRule="auto"/>
              <w:jc w:val="center"/>
            </w:pPr>
            <w:r>
              <w:rPr>
                <w:b/>
                <w:sz w:val="19"/>
              </w:rPr>
              <w:t>Υπογραφή __________________________</w:t>
            </w:r>
          </w:p>
        </w:tc>
      </w:tr>
      <w:tr w:rsidR="0047271F" w14:paraId="37746256" w14:textId="77777777" w:rsidTr="00B93FCD">
        <w:trPr>
          <w:trHeight w:val="652"/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0419F2" w14:textId="321F69AA" w:rsidR="0047271F" w:rsidRPr="00B02096" w:rsidRDefault="0047271F" w:rsidP="00B93FCD">
            <w:pPr>
              <w:spacing w:line="480" w:lineRule="auto"/>
              <w:jc w:val="center"/>
              <w:rPr>
                <w:lang w:val="el-GR"/>
              </w:rPr>
            </w:pPr>
            <w:proofErr w:type="spellStart"/>
            <w:r>
              <w:rPr>
                <w:b/>
                <w:sz w:val="19"/>
              </w:rPr>
              <w:t>Ημερομηνί</w:t>
            </w:r>
            <w:proofErr w:type="spellEnd"/>
            <w:r>
              <w:rPr>
                <w:b/>
                <w:sz w:val="19"/>
              </w:rPr>
              <w:t>α_________________________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64433E" w14:textId="77777777" w:rsidR="0047271F" w:rsidRDefault="0047271F" w:rsidP="00B93FCD">
            <w:pPr>
              <w:spacing w:line="480" w:lineRule="auto"/>
              <w:jc w:val="center"/>
            </w:pPr>
            <w:proofErr w:type="spellStart"/>
            <w:r>
              <w:rPr>
                <w:b/>
                <w:sz w:val="19"/>
              </w:rPr>
              <w:t>Ημερομηνί</w:t>
            </w:r>
            <w:proofErr w:type="spellEnd"/>
            <w:r>
              <w:rPr>
                <w:b/>
                <w:sz w:val="19"/>
              </w:rPr>
              <w:t>α _________________________</w:t>
            </w:r>
          </w:p>
        </w:tc>
      </w:tr>
    </w:tbl>
    <w:p w14:paraId="06ED5BA8" w14:textId="77777777" w:rsidR="0047271F" w:rsidRDefault="0047271F" w:rsidP="0047271F">
      <w:pPr>
        <w:spacing w:line="480" w:lineRule="auto"/>
      </w:pPr>
    </w:p>
    <w:p w14:paraId="043B71BB" w14:textId="04D11765" w:rsidR="00AB5A83" w:rsidRPr="0047271F" w:rsidRDefault="00AB5A83" w:rsidP="0047271F"/>
    <w:sectPr w:rsidR="00AB5A83" w:rsidRPr="0047271F" w:rsidSect="0047271F">
      <w:pgSz w:w="11906" w:h="16838"/>
      <w:pgMar w:top="850" w:right="935" w:bottom="85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9847822">
    <w:abstractNumId w:val="8"/>
  </w:num>
  <w:num w:numId="2" w16cid:durableId="777070152">
    <w:abstractNumId w:val="6"/>
  </w:num>
  <w:num w:numId="3" w16cid:durableId="517813345">
    <w:abstractNumId w:val="5"/>
  </w:num>
  <w:num w:numId="4" w16cid:durableId="58015808">
    <w:abstractNumId w:val="4"/>
  </w:num>
  <w:num w:numId="5" w16cid:durableId="1508521757">
    <w:abstractNumId w:val="7"/>
  </w:num>
  <w:num w:numId="6" w16cid:durableId="1681272406">
    <w:abstractNumId w:val="3"/>
  </w:num>
  <w:num w:numId="7" w16cid:durableId="243339169">
    <w:abstractNumId w:val="2"/>
  </w:num>
  <w:num w:numId="8" w16cid:durableId="811405591">
    <w:abstractNumId w:val="1"/>
  </w:num>
  <w:num w:numId="9" w16cid:durableId="205287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6456"/>
    <w:rsid w:val="0047271F"/>
    <w:rsid w:val="00AA1D8D"/>
    <w:rsid w:val="00AB5A83"/>
    <w:rsid w:val="00AD3369"/>
    <w:rsid w:val="00B02096"/>
    <w:rsid w:val="00B47730"/>
    <w:rsid w:val="00CA2A11"/>
    <w:rsid w:val="00CB0664"/>
    <w:rsid w:val="00EA7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56C4E"/>
  <w14:defaultImageDpi w14:val="300"/>
  <w15:docId w15:val="{074645C2-B1F5-45F5-9087-0D27167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Παραρτήματα Α, Β και Γ - ΦΕΚ Β' 4108/15.07.2024</dc:title>
  <dc:subject>Κανονισμός Μεταδιδακτορικής Έρευνας Πανεπιστημίου Ιωαννίνων - Παραρτήματα</dc:subject>
  <dc:creator>python-docx</dc:creator>
  <cp:keywords/>
  <dc:description>generated by python-docx</dc:description>
  <cp:lastModifiedBy>ΝΙΚΟΛΕΤΑ ΤΖΙΜΠΟΥΚΑ</cp:lastModifiedBy>
  <cp:revision>2</cp:revision>
  <dcterms:created xsi:type="dcterms:W3CDTF">2026-08-27T09:26:00Z</dcterms:created>
  <dcterms:modified xsi:type="dcterms:W3CDTF">2026-08-27T09:26:00Z</dcterms:modified>
  <cp:category/>
</cp:coreProperties>
</file>