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AB5A83" w:rsidRPr="00267286" w14:paraId="0F611B42" w14:textId="77777777">
        <w:trPr>
          <w:jc w:val="center"/>
        </w:trPr>
        <w:tc>
          <w:tcPr>
            <w:tcW w:w="10036" w:type="dxa"/>
            <w:shd w:val="clear" w:color="auto" w:fill="D9D9D9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36AB2FA" w14:textId="6F9FB18F" w:rsidR="00AB5A83" w:rsidRPr="00267286" w:rsidRDefault="00000000" w:rsidP="00CA2A11">
            <w:pPr>
              <w:spacing w:line="480" w:lineRule="auto"/>
              <w:jc w:val="center"/>
              <w:rPr>
                <w:lang w:val="el-GR"/>
              </w:rPr>
            </w:pPr>
            <w:r w:rsidRPr="00267286">
              <w:rPr>
                <w:b/>
                <w:lang w:val="el-GR"/>
              </w:rPr>
              <w:t>Έντυπο Αίτησης για τη Διεξαγωγή Μεταδιδακτορικής Έρευνας</w:t>
            </w:r>
          </w:p>
        </w:tc>
      </w:tr>
    </w:tbl>
    <w:p w14:paraId="1B5F5ED0" w14:textId="77777777" w:rsidR="00AB5A83" w:rsidRPr="00267286" w:rsidRDefault="00AB5A83" w:rsidP="00CA2A11">
      <w:pPr>
        <w:spacing w:after="40" w:line="480" w:lineRule="auto"/>
        <w:rPr>
          <w:lang w:val="el-GR"/>
        </w:rPr>
      </w:pPr>
    </w:p>
    <w:p w14:paraId="34C50F01" w14:textId="77777777" w:rsidR="00AB5A83" w:rsidRPr="00267286" w:rsidRDefault="00000000" w:rsidP="00CA2A11">
      <w:pPr>
        <w:spacing w:after="80" w:line="480" w:lineRule="auto"/>
        <w:rPr>
          <w:lang w:val="el-GR"/>
        </w:rPr>
      </w:pPr>
      <w:r w:rsidRPr="00267286">
        <w:rPr>
          <w:b/>
          <w:lang w:val="el-GR"/>
        </w:rPr>
        <w:t>Προς: Το Πανεπιστήμιο Ιωαννίνων</w:t>
      </w:r>
    </w:p>
    <w:p w14:paraId="06DD711C" w14:textId="2BDF5CD3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b/>
          <w:lang w:val="el-GR"/>
        </w:rPr>
        <w:t xml:space="preserve">Τμήμα: </w:t>
      </w:r>
      <w:r w:rsidR="00267286">
        <w:rPr>
          <w:lang w:val="el-GR"/>
        </w:rPr>
        <w:t>Μηχανικών Η/Υ &amp; Πληροφορικής</w:t>
      </w:r>
    </w:p>
    <w:p w14:paraId="7848E72E" w14:textId="77777777" w:rsidR="00AB5A83" w:rsidRPr="00267286" w:rsidRDefault="00000000" w:rsidP="00CA2A11">
      <w:pPr>
        <w:spacing w:before="160" w:after="160" w:line="480" w:lineRule="auto"/>
        <w:jc w:val="center"/>
        <w:rPr>
          <w:lang w:val="el-GR"/>
        </w:rPr>
      </w:pPr>
      <w:r w:rsidRPr="00267286">
        <w:rPr>
          <w:b/>
          <w:sz w:val="21"/>
          <w:lang w:val="el-GR"/>
        </w:rPr>
        <w:t>Αίτηση για τη Διεξαγωγή Μεταδιδακτορικής Έρευνας</w:t>
      </w:r>
    </w:p>
    <w:p w14:paraId="1FD9CFC4" w14:textId="77777777" w:rsidR="00AB5A83" w:rsidRPr="00267286" w:rsidRDefault="00000000" w:rsidP="00CA2A11">
      <w:pPr>
        <w:spacing w:after="80" w:line="480" w:lineRule="auto"/>
        <w:rPr>
          <w:lang w:val="el-GR"/>
        </w:rPr>
      </w:pPr>
      <w:r w:rsidRPr="00267286">
        <w:rPr>
          <w:b/>
          <w:lang w:val="el-GR"/>
        </w:rPr>
        <w:t>1. ΠΡΟΣΩΠΙΚΑ ΣΤΟΙΧΕΙΑ</w:t>
      </w:r>
    </w:p>
    <w:p w14:paraId="02045604" w14:textId="56FA9ACE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lang w:val="el-GR"/>
        </w:rPr>
        <w:t>Ονοματεπώνυμο Υποψηφίου/ας: ____________________________________________________</w:t>
      </w:r>
      <w:r w:rsidR="00CA2A11" w:rsidRPr="00267286">
        <w:rPr>
          <w:lang w:val="el-GR"/>
        </w:rPr>
        <w:t>_______</w:t>
      </w:r>
    </w:p>
    <w:p w14:paraId="7B6499B0" w14:textId="77777777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lang w:val="el-GR"/>
        </w:rPr>
        <w:t>Όνομα πατρός: _________________________________________________________________________</w:t>
      </w:r>
    </w:p>
    <w:p w14:paraId="5D68E4A8" w14:textId="3F108348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lang w:val="el-GR"/>
        </w:rPr>
        <w:t>Διεύθυνση κατοικίας: ________________________________________________________________</w:t>
      </w:r>
      <w:r w:rsidR="00CA2A11" w:rsidRPr="00267286">
        <w:rPr>
          <w:lang w:val="el-GR"/>
        </w:rPr>
        <w:t>____</w:t>
      </w:r>
    </w:p>
    <w:p w14:paraId="1C18EB35" w14:textId="2CC93686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lang w:val="el-GR"/>
        </w:rPr>
        <w:t>Τ.Κ.: _________________________________________________________________________________</w:t>
      </w:r>
    </w:p>
    <w:p w14:paraId="0304127F" w14:textId="77777777" w:rsidR="00AB5A83" w:rsidRPr="00267286" w:rsidRDefault="00000000" w:rsidP="00CA2A11">
      <w:pPr>
        <w:spacing w:after="20" w:line="480" w:lineRule="auto"/>
        <w:rPr>
          <w:lang w:val="el-GR"/>
        </w:rPr>
      </w:pPr>
      <w:proofErr w:type="spellStart"/>
      <w:r w:rsidRPr="00267286">
        <w:rPr>
          <w:lang w:val="el-GR"/>
        </w:rPr>
        <w:t>Τηλ</w:t>
      </w:r>
      <w:proofErr w:type="spellEnd"/>
      <w:r w:rsidRPr="00267286">
        <w:rPr>
          <w:lang w:val="el-GR"/>
        </w:rPr>
        <w:t>. επικοινωνίας: ______________________________________________________________________</w:t>
      </w:r>
    </w:p>
    <w:p w14:paraId="4E463521" w14:textId="7F4F2F27" w:rsidR="00AB5A83" w:rsidRPr="00267286" w:rsidRDefault="00000000" w:rsidP="00CA2A11">
      <w:pPr>
        <w:spacing w:after="20" w:line="480" w:lineRule="auto"/>
        <w:rPr>
          <w:lang w:val="el-GR"/>
        </w:rPr>
      </w:pPr>
      <w:r>
        <w:t>E</w:t>
      </w:r>
      <w:r w:rsidRPr="00267286">
        <w:rPr>
          <w:lang w:val="el-GR"/>
        </w:rPr>
        <w:t>-</w:t>
      </w:r>
      <w:r>
        <w:t>mail</w:t>
      </w:r>
      <w:r w:rsidRPr="00267286">
        <w:rPr>
          <w:lang w:val="el-GR"/>
        </w:rPr>
        <w:t>: _______________________________________________________________________________</w:t>
      </w:r>
    </w:p>
    <w:p w14:paraId="76710628" w14:textId="3C6A6183" w:rsidR="00AB5A83" w:rsidRPr="00CA2A11" w:rsidRDefault="00000000" w:rsidP="00CA2A11">
      <w:pPr>
        <w:spacing w:after="20" w:line="480" w:lineRule="auto"/>
        <w:rPr>
          <w:lang w:val="el-GR"/>
        </w:rPr>
      </w:pPr>
      <w:r w:rsidRPr="00267286">
        <w:rPr>
          <w:lang w:val="el-GR"/>
        </w:rPr>
        <w:t xml:space="preserve">Α.Δ.Τ.: ____________________________   </w:t>
      </w:r>
      <w:proofErr w:type="spellStart"/>
      <w:r w:rsidRPr="00267286">
        <w:rPr>
          <w:lang w:val="el-GR"/>
        </w:rPr>
        <w:t>Εκδ</w:t>
      </w:r>
      <w:proofErr w:type="spellEnd"/>
      <w:r w:rsidRPr="00267286">
        <w:rPr>
          <w:lang w:val="el-GR"/>
        </w:rPr>
        <w:t>. Αρχή: ________________________________</w:t>
      </w:r>
      <w:r w:rsidR="00CA2A11">
        <w:rPr>
          <w:lang w:val="el-GR"/>
        </w:rPr>
        <w:t>________</w:t>
      </w:r>
    </w:p>
    <w:p w14:paraId="38F0CC8A" w14:textId="1BE718F1" w:rsidR="00CA2A11" w:rsidRPr="00CA2A11" w:rsidRDefault="00CA2A11" w:rsidP="00CA2A11">
      <w:pPr>
        <w:spacing w:after="20" w:line="480" w:lineRule="auto"/>
        <w:rPr>
          <w:lang w:val="el-GR"/>
        </w:rPr>
      </w:pPr>
      <w:r>
        <w:rPr>
          <w:lang w:val="el-GR"/>
        </w:rPr>
        <w:t>ΑΜΚΑ: _______________________________________________________________________________</w:t>
      </w:r>
    </w:p>
    <w:p w14:paraId="69063533" w14:textId="20E5C3A7" w:rsidR="00AB5A83" w:rsidRPr="00CA2A11" w:rsidRDefault="00000000" w:rsidP="00CA2A11">
      <w:pPr>
        <w:spacing w:after="20" w:line="480" w:lineRule="auto"/>
        <w:rPr>
          <w:lang w:val="el-GR"/>
        </w:rPr>
      </w:pPr>
      <w:r w:rsidRPr="00267286">
        <w:rPr>
          <w:lang w:val="el-GR"/>
        </w:rPr>
        <w:t>Ημερομηνία Γέννησης: ______________________________________________________________</w:t>
      </w:r>
      <w:r w:rsidR="00CA2A11">
        <w:rPr>
          <w:lang w:val="el-GR"/>
        </w:rPr>
        <w:t>____</w:t>
      </w:r>
    </w:p>
    <w:p w14:paraId="2E33CB5B" w14:textId="77777777" w:rsidR="00AB5A83" w:rsidRPr="00267286" w:rsidRDefault="00000000" w:rsidP="00CA2A11">
      <w:pPr>
        <w:spacing w:before="100" w:after="60" w:line="480" w:lineRule="auto"/>
        <w:rPr>
          <w:lang w:val="el-GR"/>
        </w:rPr>
      </w:pPr>
      <w:r w:rsidRPr="00267286">
        <w:rPr>
          <w:b/>
          <w:lang w:val="el-GR"/>
        </w:rPr>
        <w:t>2. ΤΙΤΛΟΙ ΣΠΟΥΔΩΝ</w:t>
      </w:r>
    </w:p>
    <w:p w14:paraId="140D3622" w14:textId="77777777" w:rsidR="00AB5A83" w:rsidRDefault="00000000" w:rsidP="00CA2A11">
      <w:pPr>
        <w:spacing w:after="40" w:line="480" w:lineRule="auto"/>
      </w:pPr>
      <w:r>
        <w:rPr>
          <w:b/>
          <w:sz w:val="19"/>
        </w:rPr>
        <w:t>ΠΡΟΠΤΥΧΙΑΚΕΣ ΣΠΟΥΔΕΣ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507"/>
        <w:gridCol w:w="2506"/>
        <w:gridCol w:w="2507"/>
        <w:gridCol w:w="2506"/>
      </w:tblGrid>
      <w:tr w:rsidR="00AB5A83" w14:paraId="7B2B3123" w14:textId="77777777">
        <w:trPr>
          <w:jc w:val="center"/>
        </w:trPr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2622F" w14:textId="77777777" w:rsidR="00AB5A83" w:rsidRPr="00267286" w:rsidRDefault="00000000" w:rsidP="00CA2A11">
            <w:pPr>
              <w:spacing w:line="480" w:lineRule="auto"/>
              <w:jc w:val="center"/>
              <w:rPr>
                <w:lang w:val="el-GR"/>
              </w:rPr>
            </w:pPr>
            <w:r w:rsidRPr="00267286">
              <w:rPr>
                <w:b/>
                <w:sz w:val="16"/>
                <w:lang w:val="el-GR"/>
              </w:rPr>
              <w:t>Α.Ε.Ι.</w:t>
            </w:r>
            <w:r w:rsidRPr="00267286">
              <w:rPr>
                <w:b/>
                <w:sz w:val="16"/>
                <w:lang w:val="el-GR"/>
              </w:rPr>
              <w:br/>
              <w:t>(Παν/</w:t>
            </w:r>
            <w:proofErr w:type="spellStart"/>
            <w:r w:rsidRPr="00267286">
              <w:rPr>
                <w:b/>
                <w:sz w:val="16"/>
                <w:lang w:val="el-GR"/>
              </w:rPr>
              <w:t>μιο</w:t>
            </w:r>
            <w:proofErr w:type="spellEnd"/>
            <w:r w:rsidRPr="00267286">
              <w:rPr>
                <w:b/>
                <w:sz w:val="16"/>
                <w:lang w:val="el-GR"/>
              </w:rPr>
              <w:t xml:space="preserve"> ή Τ.Ε.Ι.)</w:t>
            </w:r>
          </w:p>
        </w:tc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D88E1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ΤΜΗΜΑ</w:t>
            </w:r>
          </w:p>
        </w:tc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D8F77B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ΗΜΕΡΟΜΗΝΙΑ</w:t>
            </w:r>
            <w:r>
              <w:rPr>
                <w:b/>
                <w:sz w:val="16"/>
              </w:rPr>
              <w:br/>
              <w:t>ΑΠΟΚΤΗΣΗΣ</w:t>
            </w:r>
            <w:r>
              <w:rPr>
                <w:b/>
                <w:sz w:val="16"/>
              </w:rPr>
              <w:br/>
              <w:t>ΠΤΥΧΙΟΥ</w:t>
            </w:r>
          </w:p>
        </w:tc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9AF80F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ΒΑΘΜΟΣ</w:t>
            </w:r>
            <w:r>
              <w:rPr>
                <w:b/>
                <w:sz w:val="16"/>
              </w:rPr>
              <w:br/>
              <w:t>ΠΤΥΧΙΟΥ</w:t>
            </w:r>
          </w:p>
        </w:tc>
      </w:tr>
      <w:tr w:rsidR="00AB5A83" w14:paraId="560A68B3" w14:textId="77777777">
        <w:trPr>
          <w:trHeight w:val="425"/>
          <w:jc w:val="center"/>
        </w:trPr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8F5D0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B0E32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EC61A5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6AA360" w14:textId="77777777" w:rsidR="00AB5A83" w:rsidRDefault="00AB5A83" w:rsidP="00CA2A11">
            <w:pPr>
              <w:spacing w:line="480" w:lineRule="auto"/>
              <w:jc w:val="center"/>
            </w:pPr>
          </w:p>
        </w:tc>
      </w:tr>
      <w:tr w:rsidR="00AB5A83" w14:paraId="3CAD0E2D" w14:textId="77777777">
        <w:trPr>
          <w:trHeight w:val="425"/>
          <w:jc w:val="center"/>
        </w:trPr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F7829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1B4A2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B685E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FBCDC" w14:textId="77777777" w:rsidR="00AB5A83" w:rsidRDefault="00AB5A83" w:rsidP="00CA2A11">
            <w:pPr>
              <w:spacing w:line="480" w:lineRule="auto"/>
              <w:jc w:val="center"/>
            </w:pPr>
          </w:p>
        </w:tc>
      </w:tr>
    </w:tbl>
    <w:p w14:paraId="3300D8B9" w14:textId="5C6BAF9C" w:rsidR="00AB5A83" w:rsidRDefault="00000000" w:rsidP="00CA2A11">
      <w:pPr>
        <w:spacing w:line="480" w:lineRule="auto"/>
      </w:pPr>
      <w:r>
        <w:rPr>
          <w:b/>
          <w:sz w:val="19"/>
        </w:rPr>
        <w:t>ΜΕΤΑΠΤΥΧΙΑΚΕΣ ΣΠΟΥΔΕΣ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506"/>
        <w:gridCol w:w="2506"/>
        <w:gridCol w:w="2507"/>
        <w:gridCol w:w="2507"/>
      </w:tblGrid>
      <w:tr w:rsidR="00AB5A83" w:rsidRPr="00267286" w14:paraId="60164B65" w14:textId="77777777">
        <w:trPr>
          <w:jc w:val="center"/>
        </w:trPr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6FE3C" w14:textId="77777777" w:rsidR="00AB5A83" w:rsidRPr="00267286" w:rsidRDefault="00000000" w:rsidP="00CA2A11">
            <w:pPr>
              <w:spacing w:line="480" w:lineRule="auto"/>
              <w:jc w:val="center"/>
              <w:rPr>
                <w:lang w:val="el-GR"/>
              </w:rPr>
            </w:pPr>
            <w:r w:rsidRPr="00267286">
              <w:rPr>
                <w:b/>
                <w:sz w:val="16"/>
                <w:lang w:val="el-GR"/>
              </w:rPr>
              <w:t>Α.Ε.Ι.</w:t>
            </w:r>
            <w:r w:rsidRPr="00267286">
              <w:rPr>
                <w:b/>
                <w:sz w:val="16"/>
                <w:lang w:val="el-GR"/>
              </w:rPr>
              <w:br/>
              <w:t>(Παν/</w:t>
            </w:r>
            <w:proofErr w:type="spellStart"/>
            <w:r w:rsidRPr="00267286">
              <w:rPr>
                <w:b/>
                <w:sz w:val="16"/>
                <w:lang w:val="el-GR"/>
              </w:rPr>
              <w:t>μιο</w:t>
            </w:r>
            <w:proofErr w:type="spellEnd"/>
            <w:r w:rsidRPr="00267286">
              <w:rPr>
                <w:b/>
                <w:sz w:val="16"/>
                <w:lang w:val="el-GR"/>
              </w:rPr>
              <w:t xml:space="preserve"> ή Τ.Ε.Ι.)</w:t>
            </w:r>
          </w:p>
        </w:tc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41325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ΤΜΗΜΑ</w:t>
            </w:r>
          </w:p>
        </w:tc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F59FF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ΗΜΕΡΟΜΗΝΙΑ</w:t>
            </w:r>
            <w:r>
              <w:rPr>
                <w:b/>
                <w:sz w:val="16"/>
              </w:rPr>
              <w:br/>
              <w:t>ΑΠΟΚΤΗΣΗΣ</w:t>
            </w:r>
            <w:r>
              <w:rPr>
                <w:b/>
                <w:sz w:val="16"/>
              </w:rPr>
              <w:br/>
              <w:t>ΔΙΠΛΩΜΑΤΟΣ</w:t>
            </w:r>
          </w:p>
        </w:tc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402A" w14:textId="77777777" w:rsidR="00AB5A83" w:rsidRPr="00267286" w:rsidRDefault="00000000" w:rsidP="00CA2A11">
            <w:pPr>
              <w:spacing w:line="480" w:lineRule="auto"/>
              <w:jc w:val="center"/>
              <w:rPr>
                <w:lang w:val="el-GR"/>
              </w:rPr>
            </w:pPr>
            <w:r w:rsidRPr="00267286">
              <w:rPr>
                <w:b/>
                <w:sz w:val="16"/>
                <w:lang w:val="el-GR"/>
              </w:rPr>
              <w:t>ΒΑΘΜΟΣ</w:t>
            </w:r>
            <w:r w:rsidRPr="00267286">
              <w:rPr>
                <w:b/>
                <w:sz w:val="16"/>
                <w:lang w:val="el-GR"/>
              </w:rPr>
              <w:br/>
              <w:t>Μ.Δ.Ε./Δ.Μ.Σ.</w:t>
            </w:r>
          </w:p>
        </w:tc>
      </w:tr>
      <w:tr w:rsidR="00AB5A83" w:rsidRPr="00267286" w14:paraId="5353241C" w14:textId="77777777">
        <w:trPr>
          <w:trHeight w:val="453"/>
          <w:jc w:val="center"/>
        </w:trPr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74E1D" w14:textId="77777777" w:rsidR="00AB5A83" w:rsidRPr="00267286" w:rsidRDefault="00AB5A83" w:rsidP="00CA2A11">
            <w:pPr>
              <w:spacing w:line="480" w:lineRule="auto"/>
              <w:jc w:val="center"/>
              <w:rPr>
                <w:lang w:val="el-GR"/>
              </w:rPr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5C8201" w14:textId="77777777" w:rsidR="00AB5A83" w:rsidRPr="00267286" w:rsidRDefault="00AB5A83" w:rsidP="00CA2A11">
            <w:pPr>
              <w:spacing w:line="480" w:lineRule="auto"/>
              <w:jc w:val="center"/>
              <w:rPr>
                <w:lang w:val="el-GR"/>
              </w:rPr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4478A" w14:textId="77777777" w:rsidR="00AB5A83" w:rsidRPr="00267286" w:rsidRDefault="00AB5A83" w:rsidP="00CA2A11">
            <w:pPr>
              <w:spacing w:line="480" w:lineRule="auto"/>
              <w:jc w:val="center"/>
              <w:rPr>
                <w:lang w:val="el-GR"/>
              </w:rPr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9579E" w14:textId="77777777" w:rsidR="00AB5A83" w:rsidRPr="00267286" w:rsidRDefault="00AB5A83" w:rsidP="00CA2A11">
            <w:pPr>
              <w:spacing w:line="480" w:lineRule="auto"/>
              <w:jc w:val="center"/>
              <w:rPr>
                <w:lang w:val="el-GR"/>
              </w:rPr>
            </w:pPr>
          </w:p>
        </w:tc>
      </w:tr>
      <w:tr w:rsidR="00AB5A83" w:rsidRPr="00267286" w14:paraId="62E9FC23" w14:textId="77777777">
        <w:trPr>
          <w:trHeight w:val="453"/>
          <w:jc w:val="center"/>
        </w:trPr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D2C9A" w14:textId="77777777" w:rsidR="00AB5A83" w:rsidRPr="00267286" w:rsidRDefault="00AB5A83" w:rsidP="00CA2A11">
            <w:pPr>
              <w:spacing w:line="480" w:lineRule="auto"/>
              <w:jc w:val="center"/>
              <w:rPr>
                <w:lang w:val="el-GR"/>
              </w:rPr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4CF09" w14:textId="77777777" w:rsidR="00AB5A83" w:rsidRPr="00267286" w:rsidRDefault="00AB5A83" w:rsidP="00CA2A11">
            <w:pPr>
              <w:spacing w:line="480" w:lineRule="auto"/>
              <w:jc w:val="center"/>
              <w:rPr>
                <w:lang w:val="el-GR"/>
              </w:rPr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4763DC" w14:textId="77777777" w:rsidR="00AB5A83" w:rsidRPr="00267286" w:rsidRDefault="00AB5A83" w:rsidP="00CA2A11">
            <w:pPr>
              <w:spacing w:line="480" w:lineRule="auto"/>
              <w:jc w:val="center"/>
              <w:rPr>
                <w:lang w:val="el-GR"/>
              </w:rPr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ED5B9" w14:textId="77777777" w:rsidR="00AB5A83" w:rsidRPr="00267286" w:rsidRDefault="00AB5A83" w:rsidP="00CA2A11">
            <w:pPr>
              <w:spacing w:line="480" w:lineRule="auto"/>
              <w:jc w:val="center"/>
              <w:rPr>
                <w:lang w:val="el-GR"/>
              </w:rPr>
            </w:pPr>
          </w:p>
        </w:tc>
      </w:tr>
    </w:tbl>
    <w:p w14:paraId="05B4339D" w14:textId="77777777" w:rsidR="00CA2A11" w:rsidRDefault="00CA2A11" w:rsidP="00CA2A11">
      <w:pPr>
        <w:spacing w:before="100" w:after="40" w:line="480" w:lineRule="auto"/>
        <w:rPr>
          <w:b/>
          <w:sz w:val="19"/>
          <w:lang w:val="el-GR"/>
        </w:rPr>
      </w:pPr>
    </w:p>
    <w:p w14:paraId="457AB410" w14:textId="298F9E2F" w:rsidR="00AB5A83" w:rsidRDefault="00000000" w:rsidP="00CA2A11">
      <w:pPr>
        <w:spacing w:before="100" w:after="40" w:line="480" w:lineRule="auto"/>
      </w:pPr>
      <w:r>
        <w:rPr>
          <w:b/>
          <w:sz w:val="19"/>
        </w:rPr>
        <w:lastRenderedPageBreak/>
        <w:t>ΔΙΔΑΚΤΟΡΙΚΗ ΔΙΑΤΡΙΒΗ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1671"/>
        <w:gridCol w:w="1670"/>
        <w:gridCol w:w="1671"/>
        <w:gridCol w:w="1672"/>
        <w:gridCol w:w="1672"/>
      </w:tblGrid>
      <w:tr w:rsidR="00AB5A83" w14:paraId="790125EA" w14:textId="77777777">
        <w:trPr>
          <w:jc w:val="center"/>
        </w:trPr>
        <w:tc>
          <w:tcPr>
            <w:tcW w:w="1673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5AB27E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3"/>
              </w:rPr>
              <w:t>ΤΙΤΛΟΣ</w:t>
            </w:r>
          </w:p>
        </w:tc>
        <w:tc>
          <w:tcPr>
            <w:tcW w:w="1673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E35BC" w14:textId="77777777" w:rsidR="00AB5A83" w:rsidRPr="00267286" w:rsidRDefault="00000000" w:rsidP="00CA2A11">
            <w:pPr>
              <w:spacing w:line="480" w:lineRule="auto"/>
              <w:jc w:val="center"/>
              <w:rPr>
                <w:lang w:val="el-GR"/>
              </w:rPr>
            </w:pPr>
            <w:r w:rsidRPr="00267286">
              <w:rPr>
                <w:b/>
                <w:sz w:val="13"/>
                <w:lang w:val="el-GR"/>
              </w:rPr>
              <w:t>Α.Ε.Ι.</w:t>
            </w:r>
            <w:r w:rsidRPr="00267286">
              <w:rPr>
                <w:b/>
                <w:sz w:val="13"/>
                <w:lang w:val="el-GR"/>
              </w:rPr>
              <w:br/>
              <w:t>(Παν/</w:t>
            </w:r>
            <w:proofErr w:type="spellStart"/>
            <w:r w:rsidRPr="00267286">
              <w:rPr>
                <w:b/>
                <w:sz w:val="13"/>
                <w:lang w:val="el-GR"/>
              </w:rPr>
              <w:t>μιο</w:t>
            </w:r>
            <w:proofErr w:type="spellEnd"/>
            <w:r w:rsidRPr="00267286">
              <w:rPr>
                <w:b/>
                <w:sz w:val="13"/>
                <w:lang w:val="el-GR"/>
              </w:rPr>
              <w:t xml:space="preserve"> ή</w:t>
            </w:r>
            <w:r w:rsidRPr="00267286">
              <w:rPr>
                <w:b/>
                <w:sz w:val="13"/>
                <w:lang w:val="el-GR"/>
              </w:rPr>
              <w:br/>
              <w:t>Τ.Ε.Ι.)</w:t>
            </w:r>
          </w:p>
        </w:tc>
        <w:tc>
          <w:tcPr>
            <w:tcW w:w="1673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03C58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3"/>
              </w:rPr>
              <w:t>ΤΜΗΜΑ</w:t>
            </w:r>
          </w:p>
        </w:tc>
        <w:tc>
          <w:tcPr>
            <w:tcW w:w="1673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7EE03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3"/>
              </w:rPr>
              <w:t>ΕΠΙΒΛΕΠΩΝ/</w:t>
            </w:r>
            <w:r>
              <w:rPr>
                <w:b/>
                <w:sz w:val="13"/>
              </w:rPr>
              <w:br/>
              <w:t>ΟΥΣΑ</w:t>
            </w:r>
          </w:p>
        </w:tc>
        <w:tc>
          <w:tcPr>
            <w:tcW w:w="1673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F2AE40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3"/>
              </w:rPr>
              <w:t>ΗΜΕΡΟΜΗΝΙΑ</w:t>
            </w:r>
            <w:r>
              <w:rPr>
                <w:b/>
                <w:sz w:val="13"/>
              </w:rPr>
              <w:br/>
              <w:t>ΑΠΟΚΤΗΣΗΣ</w:t>
            </w:r>
            <w:r>
              <w:rPr>
                <w:b/>
                <w:sz w:val="13"/>
              </w:rPr>
              <w:br/>
              <w:t>ΔΙΔΑΚΤΟΡΙΚΟΥ</w:t>
            </w:r>
            <w:r>
              <w:rPr>
                <w:b/>
                <w:sz w:val="13"/>
              </w:rPr>
              <w:br/>
              <w:t>ΔΙΠΛΩΜΑΤΟΣ</w:t>
            </w:r>
          </w:p>
        </w:tc>
        <w:tc>
          <w:tcPr>
            <w:tcW w:w="1673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1399D4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3"/>
              </w:rPr>
              <w:t>ΒΑΘΜΟΣ</w:t>
            </w:r>
            <w:r>
              <w:rPr>
                <w:b/>
                <w:sz w:val="13"/>
              </w:rPr>
              <w:br/>
              <w:t>ΔΙΔΑΚΤΟΡΙΚΟΥ</w:t>
            </w:r>
            <w:r>
              <w:rPr>
                <w:b/>
                <w:sz w:val="13"/>
              </w:rPr>
              <w:br/>
              <w:t>ΔΙΠΛΩΜΑΤΟΣ</w:t>
            </w:r>
          </w:p>
        </w:tc>
      </w:tr>
      <w:tr w:rsidR="00AB5A83" w14:paraId="1D265FAD" w14:textId="77777777">
        <w:trPr>
          <w:trHeight w:val="567"/>
          <w:jc w:val="center"/>
        </w:trPr>
        <w:tc>
          <w:tcPr>
            <w:tcW w:w="167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88249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167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B032A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167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C5112A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167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046DD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167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B2E28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167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66BE6" w14:textId="77777777" w:rsidR="00AB5A83" w:rsidRDefault="00AB5A83" w:rsidP="00CA2A11">
            <w:pPr>
              <w:spacing w:line="480" w:lineRule="auto"/>
              <w:jc w:val="center"/>
            </w:pPr>
          </w:p>
        </w:tc>
      </w:tr>
    </w:tbl>
    <w:p w14:paraId="643132E8" w14:textId="77777777" w:rsidR="00AB5A83" w:rsidRDefault="00000000" w:rsidP="00CA2A11">
      <w:pPr>
        <w:spacing w:before="100" w:after="40" w:line="480" w:lineRule="auto"/>
      </w:pPr>
      <w:r>
        <w:rPr>
          <w:b/>
          <w:sz w:val="19"/>
        </w:rPr>
        <w:t>3. ΠΤΥΧΙΑΚΕΣ - ΔΙΠΛΩΜΑΤΙΚΕΣ, ΜΕΤΑΠΤΥΧΙΑΚΕΣ ΕΡΓΑΣΙΕΣ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2507"/>
        <w:gridCol w:w="2506"/>
        <w:gridCol w:w="2507"/>
        <w:gridCol w:w="2506"/>
      </w:tblGrid>
      <w:tr w:rsidR="00AB5A83" w14:paraId="1D4AF963" w14:textId="77777777">
        <w:trPr>
          <w:jc w:val="center"/>
        </w:trPr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ADDED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ΕΙΔΟΣ ΕΡΓΑΣΙΑΣ</w:t>
            </w:r>
          </w:p>
        </w:tc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A0994C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ΤΙΤΛΟΣ</w:t>
            </w:r>
          </w:p>
        </w:tc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5EE65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ΕΠΙΒΛΕΠΩΝ/ΟΥΣΑ</w:t>
            </w:r>
          </w:p>
        </w:tc>
        <w:tc>
          <w:tcPr>
            <w:tcW w:w="2509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78735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ΒΑΘΜΟΣ</w:t>
            </w:r>
          </w:p>
        </w:tc>
      </w:tr>
      <w:tr w:rsidR="00AB5A83" w14:paraId="4E9490E5" w14:textId="77777777">
        <w:trPr>
          <w:trHeight w:val="385"/>
          <w:jc w:val="center"/>
        </w:trPr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E0BA0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20EFF6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28D5A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59F7E" w14:textId="77777777" w:rsidR="00AB5A83" w:rsidRDefault="00AB5A83" w:rsidP="00CA2A11">
            <w:pPr>
              <w:spacing w:line="480" w:lineRule="auto"/>
              <w:jc w:val="center"/>
            </w:pPr>
          </w:p>
        </w:tc>
      </w:tr>
      <w:tr w:rsidR="00AB5A83" w14:paraId="1D9F14E5" w14:textId="77777777">
        <w:trPr>
          <w:trHeight w:val="385"/>
          <w:jc w:val="center"/>
        </w:trPr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77F3A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8AC56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83809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A6E1D" w14:textId="77777777" w:rsidR="00AB5A83" w:rsidRDefault="00AB5A83" w:rsidP="00CA2A11">
            <w:pPr>
              <w:spacing w:line="480" w:lineRule="auto"/>
              <w:jc w:val="center"/>
            </w:pPr>
          </w:p>
        </w:tc>
      </w:tr>
      <w:tr w:rsidR="00AB5A83" w14:paraId="63054C18" w14:textId="77777777">
        <w:trPr>
          <w:trHeight w:val="385"/>
          <w:jc w:val="center"/>
        </w:trPr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15E2B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694AE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7290D5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2509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B0901" w14:textId="77777777" w:rsidR="00AB5A83" w:rsidRDefault="00AB5A83" w:rsidP="00CA2A11">
            <w:pPr>
              <w:spacing w:line="480" w:lineRule="auto"/>
              <w:jc w:val="center"/>
            </w:pPr>
          </w:p>
        </w:tc>
      </w:tr>
    </w:tbl>
    <w:p w14:paraId="5D4521AA" w14:textId="77777777" w:rsidR="00AB5A83" w:rsidRDefault="00000000" w:rsidP="00CA2A11">
      <w:pPr>
        <w:spacing w:before="100" w:after="20" w:line="480" w:lineRule="auto"/>
      </w:pPr>
      <w:r>
        <w:rPr>
          <w:b/>
          <w:sz w:val="19"/>
        </w:rPr>
        <w:t>4. ΑΛΛΕΣ ΕΠΙΣΤΗΜΟΝΙΚΕΣ ΔΗΜΟΣΙΕΥΣΕΙΣ</w:t>
      </w:r>
    </w:p>
    <w:p w14:paraId="402954A5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0CA10846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18C7201A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2A27418A" w14:textId="77777777" w:rsidR="00AB5A83" w:rsidRDefault="00000000" w:rsidP="00CA2A11">
      <w:pPr>
        <w:spacing w:before="80" w:after="40" w:line="480" w:lineRule="auto"/>
      </w:pPr>
      <w:r>
        <w:rPr>
          <w:b/>
          <w:sz w:val="19"/>
        </w:rPr>
        <w:t>5. ΞΕΝΕΣ ΓΛΩΣΣΕΣ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5013"/>
        <w:gridCol w:w="5013"/>
      </w:tblGrid>
      <w:tr w:rsidR="00AB5A83" w14:paraId="4335BF87" w14:textId="77777777">
        <w:trPr>
          <w:jc w:val="center"/>
        </w:trPr>
        <w:tc>
          <w:tcPr>
            <w:tcW w:w="5018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A1889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ΓΛΩΣΣΑ</w:t>
            </w:r>
          </w:p>
        </w:tc>
        <w:tc>
          <w:tcPr>
            <w:tcW w:w="5018" w:type="dxa"/>
            <w:shd w:val="clear" w:color="auto" w:fill="E7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C0B9A" w14:textId="77777777" w:rsidR="00AB5A83" w:rsidRDefault="00000000" w:rsidP="00CA2A11">
            <w:pPr>
              <w:spacing w:line="480" w:lineRule="auto"/>
              <w:jc w:val="center"/>
            </w:pPr>
            <w:r>
              <w:rPr>
                <w:b/>
                <w:sz w:val="16"/>
              </w:rPr>
              <w:t>ΔΙΠΛΩΜΑ - ΕΠΙΠΕΔΟ ΓΝΩΣΗΣ</w:t>
            </w:r>
          </w:p>
        </w:tc>
      </w:tr>
      <w:tr w:rsidR="00AB5A83" w14:paraId="168D7546" w14:textId="77777777">
        <w:trPr>
          <w:trHeight w:val="368"/>
          <w:jc w:val="center"/>
        </w:trPr>
        <w:tc>
          <w:tcPr>
            <w:tcW w:w="50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17ACF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50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11131" w14:textId="77777777" w:rsidR="00AB5A83" w:rsidRDefault="00AB5A83" w:rsidP="00CA2A11">
            <w:pPr>
              <w:spacing w:line="480" w:lineRule="auto"/>
              <w:jc w:val="center"/>
            </w:pPr>
          </w:p>
        </w:tc>
      </w:tr>
      <w:tr w:rsidR="00AB5A83" w14:paraId="7EF557CF" w14:textId="77777777">
        <w:trPr>
          <w:trHeight w:val="368"/>
          <w:jc w:val="center"/>
        </w:trPr>
        <w:tc>
          <w:tcPr>
            <w:tcW w:w="50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8B20E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50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33A2B2" w14:textId="77777777" w:rsidR="00AB5A83" w:rsidRDefault="00AB5A83" w:rsidP="00CA2A11">
            <w:pPr>
              <w:spacing w:line="480" w:lineRule="auto"/>
              <w:jc w:val="center"/>
            </w:pPr>
          </w:p>
        </w:tc>
      </w:tr>
      <w:tr w:rsidR="00AB5A83" w14:paraId="1C214E58" w14:textId="77777777">
        <w:trPr>
          <w:trHeight w:val="368"/>
          <w:jc w:val="center"/>
        </w:trPr>
        <w:tc>
          <w:tcPr>
            <w:tcW w:w="50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6958A" w14:textId="77777777" w:rsidR="00AB5A83" w:rsidRDefault="00AB5A83" w:rsidP="00CA2A11">
            <w:pPr>
              <w:spacing w:line="480" w:lineRule="auto"/>
              <w:jc w:val="center"/>
            </w:pPr>
          </w:p>
        </w:tc>
        <w:tc>
          <w:tcPr>
            <w:tcW w:w="501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393FE" w14:textId="77777777" w:rsidR="00AB5A83" w:rsidRDefault="00AB5A83" w:rsidP="00CA2A11">
            <w:pPr>
              <w:spacing w:line="480" w:lineRule="auto"/>
              <w:jc w:val="center"/>
            </w:pPr>
          </w:p>
        </w:tc>
      </w:tr>
    </w:tbl>
    <w:p w14:paraId="180656C2" w14:textId="77777777" w:rsidR="00CA2A11" w:rsidRDefault="00CA2A11" w:rsidP="00CA2A11">
      <w:pPr>
        <w:spacing w:after="20" w:line="480" w:lineRule="auto"/>
        <w:rPr>
          <w:b/>
          <w:sz w:val="19"/>
          <w:lang w:val="el-GR"/>
        </w:rPr>
      </w:pPr>
    </w:p>
    <w:p w14:paraId="2A5557B1" w14:textId="77266BE6" w:rsidR="00AB5A83" w:rsidRDefault="00000000" w:rsidP="00CA2A11">
      <w:pPr>
        <w:spacing w:after="20" w:line="480" w:lineRule="auto"/>
      </w:pPr>
      <w:r>
        <w:rPr>
          <w:b/>
          <w:sz w:val="19"/>
        </w:rPr>
        <w:t>6. ΕΡΕΥΝΗΤΙΚΗ/ΕΠΑΓΓΕΛΜΑΤΙΚΗ ΔΡΑΣΤΗΡΙΟΤΗΤΑ</w:t>
      </w:r>
    </w:p>
    <w:p w14:paraId="2711E1AB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740B11B8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67B3AD50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730CBE6F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4AF2A980" w14:textId="77777777" w:rsidR="00AB5A83" w:rsidRDefault="00000000" w:rsidP="00CA2A11">
      <w:pPr>
        <w:spacing w:before="60" w:after="20" w:line="480" w:lineRule="auto"/>
      </w:pPr>
      <w:r>
        <w:rPr>
          <w:b/>
          <w:sz w:val="19"/>
        </w:rPr>
        <w:t>7. ΔΙΑΚΡΙΣΕΙΣ/ ΥΠΟΤΡΟΦΙΕΣ</w:t>
      </w:r>
    </w:p>
    <w:p w14:paraId="5A5D7308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4E12EA73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46B910DF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44C925B6" w14:textId="77777777" w:rsidR="00AB5A83" w:rsidRDefault="00000000" w:rsidP="00CA2A11">
      <w:pPr>
        <w:spacing w:before="60" w:after="20" w:line="480" w:lineRule="auto"/>
      </w:pPr>
      <w:r>
        <w:rPr>
          <w:b/>
          <w:sz w:val="19"/>
        </w:rPr>
        <w:t>8. ΠΡΟΤΕΙΝΟΜΕΝΟΣ/Η ΕΠΙΒΛΕΠΩΝ/ΟΥΣΑ</w:t>
      </w:r>
    </w:p>
    <w:p w14:paraId="73B883C4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08A3EF71" w14:textId="77777777" w:rsidR="00AB5A83" w:rsidRDefault="00000000" w:rsidP="00CA2A11">
      <w:pPr>
        <w:spacing w:after="0" w:line="480" w:lineRule="auto"/>
      </w:pPr>
      <w:r>
        <w:rPr>
          <w:sz w:val="16"/>
        </w:rPr>
        <w:t>_____________________________________________________________________________________________________</w:t>
      </w:r>
    </w:p>
    <w:p w14:paraId="142571A2" w14:textId="77777777" w:rsidR="00AB5A83" w:rsidRDefault="00000000" w:rsidP="00CA2A11">
      <w:pPr>
        <w:spacing w:before="80" w:after="40" w:line="480" w:lineRule="auto"/>
      </w:pPr>
      <w:r>
        <w:rPr>
          <w:b/>
          <w:sz w:val="19"/>
        </w:rPr>
        <w:lastRenderedPageBreak/>
        <w:t>Συνημμένα δικαιολογητικά:</w:t>
      </w:r>
    </w:p>
    <w:p w14:paraId="7B851470" w14:textId="77777777" w:rsidR="00AB5A83" w:rsidRPr="00267286" w:rsidRDefault="00000000" w:rsidP="00CA2A11">
      <w:pPr>
        <w:spacing w:after="20" w:line="480" w:lineRule="auto"/>
        <w:ind w:left="198" w:hanging="170"/>
        <w:rPr>
          <w:lang w:val="el-GR"/>
        </w:rPr>
      </w:pPr>
      <w:r w:rsidRPr="00267286">
        <w:rPr>
          <w:sz w:val="17"/>
          <w:lang w:val="el-GR"/>
        </w:rPr>
        <w:t>☐ Αντίγραφο πτυχίου ή διπλώματος Α.Ε.Ι. της ημεδαπής ή ισότιμου τίτλου σπουδών της αλλοδαπής αναγνωρισμένου από τον Δ.Ο.Α.Τ.Α.Π.</w:t>
      </w:r>
    </w:p>
    <w:p w14:paraId="3B6DFC8E" w14:textId="77777777" w:rsidR="00AB5A83" w:rsidRPr="00267286" w:rsidRDefault="00000000" w:rsidP="00CA2A11">
      <w:pPr>
        <w:spacing w:after="20" w:line="480" w:lineRule="auto"/>
        <w:ind w:left="198" w:hanging="170"/>
        <w:rPr>
          <w:lang w:val="el-GR"/>
        </w:rPr>
      </w:pPr>
      <w:r w:rsidRPr="00267286">
        <w:rPr>
          <w:sz w:val="17"/>
          <w:lang w:val="el-GR"/>
        </w:rPr>
        <w:t>☐ Αντίγραφο Μεταπτυχιακού Διπλώματος Ειδίκευσης ή Διπλώματος Μεταπτυχιακών Σπουδών Α.Ε.Ι. της ημεδαπής ή ισότιμου τίτλου σπουδών της αλλοδαπής αναγνωρισμένου από τον Δ.Ο.Α.Τ.Α.Π.</w:t>
      </w:r>
    </w:p>
    <w:p w14:paraId="057EB4C6" w14:textId="77777777" w:rsidR="00AB5A83" w:rsidRPr="00267286" w:rsidRDefault="00000000" w:rsidP="00CA2A11">
      <w:pPr>
        <w:spacing w:after="20" w:line="480" w:lineRule="auto"/>
        <w:ind w:left="198" w:hanging="170"/>
        <w:rPr>
          <w:lang w:val="el-GR"/>
        </w:rPr>
      </w:pPr>
      <w:r w:rsidRPr="00267286">
        <w:rPr>
          <w:sz w:val="17"/>
          <w:lang w:val="el-GR"/>
        </w:rPr>
        <w:t>☐ Αντίγραφο Διδακτορικού Διπλώματος από Α.Ε.Ι. της ημεδαπής ή ισότιμου τίτλου σπουδών της αλλοδαπής αναγνωρισμένου από τον Δ.Ο.Α.Τ.Α.Π.</w:t>
      </w:r>
    </w:p>
    <w:p w14:paraId="68E9B398" w14:textId="77777777" w:rsidR="00AB5A83" w:rsidRPr="00267286" w:rsidRDefault="00000000" w:rsidP="00CA2A11">
      <w:pPr>
        <w:spacing w:after="20" w:line="480" w:lineRule="auto"/>
        <w:ind w:left="198" w:hanging="170"/>
        <w:rPr>
          <w:lang w:val="el-GR"/>
        </w:rPr>
      </w:pPr>
      <w:r w:rsidRPr="00267286">
        <w:rPr>
          <w:sz w:val="17"/>
          <w:lang w:val="el-GR"/>
        </w:rPr>
        <w:t>☐ Αναλυτικό βιογραφικό σημείωμα.</w:t>
      </w:r>
    </w:p>
    <w:p w14:paraId="689BB9BD" w14:textId="77777777" w:rsidR="00AB5A83" w:rsidRPr="00267286" w:rsidRDefault="00000000" w:rsidP="00CA2A11">
      <w:pPr>
        <w:spacing w:after="20" w:line="480" w:lineRule="auto"/>
        <w:ind w:left="198" w:hanging="170"/>
        <w:rPr>
          <w:lang w:val="el-GR"/>
        </w:rPr>
      </w:pPr>
      <w:r w:rsidRPr="00267286">
        <w:rPr>
          <w:sz w:val="17"/>
          <w:lang w:val="el-GR"/>
        </w:rPr>
        <w:t>☐ Δύο συστατικές επιστολές (άρθρο 3)</w:t>
      </w:r>
    </w:p>
    <w:p w14:paraId="39317A9A" w14:textId="77777777" w:rsidR="00AB5A83" w:rsidRPr="00267286" w:rsidRDefault="00000000" w:rsidP="00CA2A11">
      <w:pPr>
        <w:spacing w:after="20" w:line="480" w:lineRule="auto"/>
        <w:ind w:left="198" w:hanging="170"/>
        <w:rPr>
          <w:lang w:val="el-GR"/>
        </w:rPr>
      </w:pPr>
      <w:r w:rsidRPr="00267286">
        <w:rPr>
          <w:sz w:val="17"/>
          <w:lang w:val="el-GR"/>
        </w:rPr>
        <w:t>☐ Κατάλογος επιστημονικών εργασιών που έχουν εκπονηθεί.</w:t>
      </w:r>
    </w:p>
    <w:p w14:paraId="3A3931D9" w14:textId="77777777" w:rsidR="00AB5A83" w:rsidRPr="00267286" w:rsidRDefault="00000000" w:rsidP="00CA2A11">
      <w:pPr>
        <w:spacing w:after="20" w:line="480" w:lineRule="auto"/>
        <w:ind w:left="198" w:hanging="170"/>
        <w:rPr>
          <w:lang w:val="el-GR"/>
        </w:rPr>
      </w:pPr>
      <w:r w:rsidRPr="00267286">
        <w:rPr>
          <w:sz w:val="17"/>
          <w:lang w:val="el-GR"/>
        </w:rPr>
        <w:t>☐ Πρόταση για τη διεξαγωγή Μεταδιδακτορικής Έρευνας (βλ. παράρτημα Β΄).</w:t>
      </w:r>
    </w:p>
    <w:p w14:paraId="3F3A2BBF" w14:textId="77777777" w:rsidR="00AB5A83" w:rsidRPr="00267286" w:rsidRDefault="00000000" w:rsidP="00CA2A11">
      <w:pPr>
        <w:spacing w:after="20" w:line="480" w:lineRule="auto"/>
        <w:ind w:left="198" w:hanging="170"/>
        <w:rPr>
          <w:lang w:val="el-GR"/>
        </w:rPr>
      </w:pPr>
      <w:r w:rsidRPr="00267286">
        <w:rPr>
          <w:sz w:val="17"/>
          <w:lang w:val="el-GR"/>
        </w:rPr>
        <w:t>☐ Αποδεικτικό/ά ασφάλισης</w:t>
      </w:r>
    </w:p>
    <w:p w14:paraId="35AD1707" w14:textId="77777777" w:rsidR="00AB5A83" w:rsidRPr="00267286" w:rsidRDefault="00000000" w:rsidP="00CA2A11">
      <w:pPr>
        <w:spacing w:before="80" w:after="40" w:line="480" w:lineRule="auto"/>
        <w:rPr>
          <w:lang w:val="el-GR"/>
        </w:rPr>
      </w:pPr>
      <w:r w:rsidRPr="00267286">
        <w:rPr>
          <w:sz w:val="19"/>
          <w:lang w:val="el-GR"/>
        </w:rPr>
        <w:t xml:space="preserve">Ο/Η </w:t>
      </w:r>
      <w:proofErr w:type="spellStart"/>
      <w:r w:rsidRPr="00267286">
        <w:rPr>
          <w:sz w:val="19"/>
          <w:lang w:val="el-GR"/>
        </w:rPr>
        <w:t>Αιτ</w:t>
      </w:r>
      <w:proofErr w:type="spellEnd"/>
      <w:r w:rsidRPr="00267286">
        <w:rPr>
          <w:sz w:val="19"/>
          <w:lang w:val="el-GR"/>
        </w:rPr>
        <w:t>____</w:t>
      </w:r>
    </w:p>
    <w:p w14:paraId="4C593CD0" w14:textId="77777777" w:rsidR="00AB5A83" w:rsidRDefault="00000000" w:rsidP="00CA2A11">
      <w:pPr>
        <w:spacing w:after="0" w:line="480" w:lineRule="auto"/>
      </w:pPr>
      <w:r>
        <w:rPr>
          <w:sz w:val="19"/>
        </w:rPr>
        <w:t>Υπ</w:t>
      </w:r>
      <w:proofErr w:type="spellStart"/>
      <w:r>
        <w:rPr>
          <w:sz w:val="19"/>
        </w:rPr>
        <w:t>ογρ</w:t>
      </w:r>
      <w:proofErr w:type="spellEnd"/>
      <w:r>
        <w:rPr>
          <w:sz w:val="19"/>
        </w:rPr>
        <w:t xml:space="preserve">αφή ________________________    </w:t>
      </w:r>
      <w:proofErr w:type="spellStart"/>
      <w:r>
        <w:rPr>
          <w:sz w:val="19"/>
        </w:rPr>
        <w:t>Ημερομηνί</w:t>
      </w:r>
      <w:proofErr w:type="spellEnd"/>
      <w:r>
        <w:rPr>
          <w:sz w:val="19"/>
        </w:rPr>
        <w:t>α _____________________</w:t>
      </w:r>
    </w:p>
    <w:p w14:paraId="167EC62A" w14:textId="77777777" w:rsidR="00AB5A83" w:rsidRDefault="00000000" w:rsidP="00CA2A11">
      <w:pPr>
        <w:spacing w:line="480" w:lineRule="auto"/>
      </w:pPr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6"/>
      </w:tblGrid>
      <w:tr w:rsidR="00AB5A83" w:rsidRPr="00267286" w14:paraId="576DCC32" w14:textId="77777777">
        <w:trPr>
          <w:jc w:val="center"/>
        </w:trPr>
        <w:tc>
          <w:tcPr>
            <w:tcW w:w="10036" w:type="dxa"/>
            <w:shd w:val="clear" w:color="auto" w:fill="D9D9D9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4196F625" w14:textId="46ECB3C5" w:rsidR="00AB5A83" w:rsidRPr="00267286" w:rsidRDefault="00000000" w:rsidP="00CA2A11">
            <w:pPr>
              <w:spacing w:line="480" w:lineRule="auto"/>
              <w:jc w:val="center"/>
              <w:rPr>
                <w:lang w:val="el-GR"/>
              </w:rPr>
            </w:pPr>
            <w:r w:rsidRPr="00267286">
              <w:rPr>
                <w:b/>
                <w:lang w:val="el-GR"/>
              </w:rPr>
              <w:lastRenderedPageBreak/>
              <w:t>Έντυπο Πρότασης για τη Διεξαγωγή Μεταδιδακτορικής Έρευνας</w:t>
            </w:r>
          </w:p>
        </w:tc>
      </w:tr>
    </w:tbl>
    <w:p w14:paraId="2A3F8371" w14:textId="77777777" w:rsidR="00AB5A83" w:rsidRPr="00267286" w:rsidRDefault="00AB5A83" w:rsidP="00CA2A11">
      <w:pPr>
        <w:spacing w:after="40" w:line="480" w:lineRule="auto"/>
        <w:rPr>
          <w:lang w:val="el-GR"/>
        </w:rPr>
      </w:pPr>
    </w:p>
    <w:p w14:paraId="61A24164" w14:textId="77777777" w:rsidR="00AB5A83" w:rsidRPr="00267286" w:rsidRDefault="00000000" w:rsidP="00CA2A11">
      <w:pPr>
        <w:spacing w:after="80" w:line="480" w:lineRule="auto"/>
        <w:rPr>
          <w:lang w:val="el-GR"/>
        </w:rPr>
      </w:pPr>
      <w:r w:rsidRPr="00267286">
        <w:rPr>
          <w:b/>
          <w:lang w:val="el-GR"/>
        </w:rPr>
        <w:t>Προς: Το Πανεπιστήμιο Ιωαννίνων</w:t>
      </w:r>
    </w:p>
    <w:p w14:paraId="28B39423" w14:textId="6042BB8F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b/>
          <w:lang w:val="el-GR"/>
        </w:rPr>
        <w:t>Τμήμα:</w:t>
      </w:r>
      <w:r w:rsidR="00267286">
        <w:rPr>
          <w:b/>
          <w:lang w:val="el-GR"/>
        </w:rPr>
        <w:t xml:space="preserve"> Μηχανικών Η/Υ &amp; Πληροφορικής</w:t>
      </w:r>
    </w:p>
    <w:p w14:paraId="0C46D165" w14:textId="77777777" w:rsidR="00AB5A83" w:rsidRPr="00267286" w:rsidRDefault="00000000" w:rsidP="00CA2A11">
      <w:pPr>
        <w:spacing w:before="160" w:after="180" w:line="480" w:lineRule="auto"/>
        <w:jc w:val="center"/>
        <w:rPr>
          <w:lang w:val="el-GR"/>
        </w:rPr>
      </w:pPr>
      <w:r w:rsidRPr="00267286">
        <w:rPr>
          <w:b/>
          <w:sz w:val="21"/>
          <w:u w:val="single"/>
          <w:lang w:val="el-GR"/>
        </w:rPr>
        <w:t>Πρόταση για τη διεξαγωγή Μεταδιδακτορικής Έρευνας</w:t>
      </w:r>
    </w:p>
    <w:p w14:paraId="13DBB888" w14:textId="77777777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b/>
          <w:lang w:val="el-GR"/>
        </w:rPr>
        <w:t>ΕΠΙΘΕΤΟ:</w:t>
      </w:r>
      <w:r w:rsidRPr="00267286">
        <w:rPr>
          <w:lang w:val="el-GR"/>
        </w:rPr>
        <w:t>______________________________________________________________________</w:t>
      </w:r>
    </w:p>
    <w:p w14:paraId="6F42ECA8" w14:textId="77777777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b/>
          <w:lang w:val="el-GR"/>
        </w:rPr>
        <w:t>ΟΝΟΜΑ:</w:t>
      </w:r>
      <w:r w:rsidRPr="00267286">
        <w:rPr>
          <w:lang w:val="el-GR"/>
        </w:rPr>
        <w:t>________________________________________________________________________</w:t>
      </w:r>
    </w:p>
    <w:p w14:paraId="757DCC29" w14:textId="77777777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b/>
          <w:lang w:val="el-GR"/>
        </w:rPr>
        <w:t>ΤΙΤΛΟΣ:</w:t>
      </w:r>
      <w:r w:rsidRPr="00267286">
        <w:rPr>
          <w:lang w:val="el-GR"/>
        </w:rPr>
        <w:t>________________________________________________________________________</w:t>
      </w:r>
    </w:p>
    <w:p w14:paraId="760E26B8" w14:textId="77777777" w:rsidR="00AB5A83" w:rsidRPr="00267286" w:rsidRDefault="00000000" w:rsidP="00CA2A11">
      <w:pPr>
        <w:spacing w:after="20" w:line="480" w:lineRule="auto"/>
        <w:rPr>
          <w:lang w:val="el-GR"/>
        </w:rPr>
      </w:pPr>
      <w:r w:rsidRPr="00267286">
        <w:rPr>
          <w:b/>
          <w:lang w:val="el-GR"/>
        </w:rPr>
        <w:t>Προτεινόμενος/η Επιβλέπων/ουσα:</w:t>
      </w:r>
      <w:r w:rsidRPr="00267286">
        <w:rPr>
          <w:lang w:val="el-GR"/>
        </w:rPr>
        <w:t>__________________________________________________</w:t>
      </w:r>
    </w:p>
    <w:p w14:paraId="17F05B5B" w14:textId="77777777" w:rsidR="00AB5A83" w:rsidRPr="00267286" w:rsidRDefault="00000000" w:rsidP="00CA2A11">
      <w:pPr>
        <w:spacing w:before="140" w:after="100" w:line="480" w:lineRule="auto"/>
        <w:rPr>
          <w:lang w:val="el-GR"/>
        </w:rPr>
      </w:pPr>
      <w:r w:rsidRPr="00267286">
        <w:rPr>
          <w:b/>
          <w:lang w:val="el-GR"/>
        </w:rPr>
        <w:t xml:space="preserve">ΠΕΡΙΛΗΨΗ </w:t>
      </w:r>
      <w:r w:rsidRPr="00267286">
        <w:rPr>
          <w:i/>
          <w:lang w:val="el-GR"/>
        </w:rPr>
        <w:t>(Ταυτότητα της προτεινόμενης έρευνας)</w:t>
      </w:r>
    </w:p>
    <w:p w14:paraId="7AED64EE" w14:textId="77777777" w:rsidR="00AB5A83" w:rsidRPr="00267286" w:rsidRDefault="00000000" w:rsidP="00CA2A11">
      <w:pPr>
        <w:spacing w:after="80" w:line="480" w:lineRule="auto"/>
        <w:rPr>
          <w:lang w:val="el-GR"/>
        </w:rPr>
      </w:pPr>
      <w:r w:rsidRPr="00267286">
        <w:rPr>
          <w:b/>
          <w:sz w:val="19"/>
          <w:lang w:val="el-GR"/>
        </w:rPr>
        <w:t>1. Ανασκόπηση ερευνητικής περιοχής</w:t>
      </w:r>
    </w:p>
    <w:p w14:paraId="00460B7B" w14:textId="77777777" w:rsidR="00AB5A83" w:rsidRPr="00267286" w:rsidRDefault="00000000" w:rsidP="00CA2A11">
      <w:pPr>
        <w:spacing w:after="80" w:line="480" w:lineRule="auto"/>
        <w:rPr>
          <w:lang w:val="el-GR"/>
        </w:rPr>
      </w:pPr>
      <w:r w:rsidRPr="00267286">
        <w:rPr>
          <w:b/>
          <w:sz w:val="19"/>
          <w:lang w:val="el-GR"/>
        </w:rPr>
        <w:t>2. Αντικείμενο έρευνας και στόχοι</w:t>
      </w:r>
    </w:p>
    <w:p w14:paraId="1A331B78" w14:textId="77777777" w:rsidR="00AB5A83" w:rsidRPr="00267286" w:rsidRDefault="00000000" w:rsidP="00CA2A11">
      <w:pPr>
        <w:spacing w:after="80" w:line="480" w:lineRule="auto"/>
        <w:rPr>
          <w:lang w:val="el-GR"/>
        </w:rPr>
      </w:pPr>
      <w:r w:rsidRPr="00267286">
        <w:rPr>
          <w:b/>
          <w:sz w:val="19"/>
          <w:lang w:val="el-GR"/>
        </w:rPr>
        <w:t>3. Θεματική/</w:t>
      </w:r>
      <w:proofErr w:type="spellStart"/>
      <w:r w:rsidRPr="00267286">
        <w:rPr>
          <w:b/>
          <w:sz w:val="19"/>
          <w:lang w:val="el-GR"/>
        </w:rPr>
        <w:t>ές</w:t>
      </w:r>
      <w:proofErr w:type="spellEnd"/>
      <w:r w:rsidRPr="00267286">
        <w:rPr>
          <w:b/>
          <w:sz w:val="19"/>
          <w:lang w:val="el-GR"/>
        </w:rPr>
        <w:t xml:space="preserve"> περιοχή/</w:t>
      </w:r>
      <w:proofErr w:type="spellStart"/>
      <w:r w:rsidRPr="00267286">
        <w:rPr>
          <w:b/>
          <w:sz w:val="19"/>
          <w:lang w:val="el-GR"/>
        </w:rPr>
        <w:t>ές</w:t>
      </w:r>
      <w:proofErr w:type="spellEnd"/>
    </w:p>
    <w:p w14:paraId="35B17D66" w14:textId="77777777" w:rsidR="00AB5A83" w:rsidRPr="00267286" w:rsidRDefault="00000000" w:rsidP="00CA2A11">
      <w:pPr>
        <w:spacing w:after="80" w:line="480" w:lineRule="auto"/>
        <w:rPr>
          <w:lang w:val="el-GR"/>
        </w:rPr>
      </w:pPr>
      <w:r w:rsidRPr="00267286">
        <w:rPr>
          <w:b/>
          <w:sz w:val="19"/>
          <w:lang w:val="el-GR"/>
        </w:rPr>
        <w:t>4. Χρονοδιάγραμμα</w:t>
      </w:r>
    </w:p>
    <w:p w14:paraId="752479BD" w14:textId="77777777" w:rsidR="00AB5A83" w:rsidRPr="00267286" w:rsidRDefault="00000000" w:rsidP="00CA2A11">
      <w:pPr>
        <w:spacing w:after="80" w:line="480" w:lineRule="auto"/>
        <w:rPr>
          <w:lang w:val="el-GR"/>
        </w:rPr>
      </w:pPr>
      <w:r w:rsidRPr="00267286">
        <w:rPr>
          <w:b/>
          <w:sz w:val="19"/>
          <w:lang w:val="el-GR"/>
        </w:rPr>
        <w:t>5. Λέξεις - κλειδιά (από 2 έως 5)</w:t>
      </w:r>
    </w:p>
    <w:p w14:paraId="135F4937" w14:textId="77777777" w:rsidR="00AB5A83" w:rsidRPr="00267286" w:rsidRDefault="00000000" w:rsidP="00CA2A11">
      <w:pPr>
        <w:spacing w:before="120" w:after="160" w:line="480" w:lineRule="auto"/>
        <w:rPr>
          <w:lang w:val="el-GR"/>
        </w:rPr>
      </w:pPr>
      <w:r w:rsidRPr="00267286">
        <w:rPr>
          <w:b/>
          <w:lang w:val="el-GR"/>
        </w:rPr>
        <w:t>ΑΝΑΛΥΤΙΚΑ ΣΤΟΙΧΕΙΑ ΤΗΣ ΠΡΟΤΑΣΗΣ</w:t>
      </w:r>
    </w:p>
    <w:p w14:paraId="498878B4" w14:textId="77777777" w:rsidR="00AB5A83" w:rsidRPr="00267286" w:rsidRDefault="00000000" w:rsidP="00CA2A11">
      <w:pPr>
        <w:spacing w:after="40" w:line="480" w:lineRule="auto"/>
        <w:rPr>
          <w:lang w:val="el-GR"/>
        </w:rPr>
      </w:pPr>
      <w:r w:rsidRPr="00267286">
        <w:rPr>
          <w:sz w:val="19"/>
          <w:lang w:val="el-GR"/>
        </w:rPr>
        <w:t>1. Διευκρινίστε σε τι ακριβώς έγκειται η σημασία, η χρησιμότητα και η πρωτοτυπία της προτεινόμενης έρευνας (200 - 400 λέξεις).</w:t>
      </w:r>
    </w:p>
    <w:p w14:paraId="138B744D" w14:textId="77777777" w:rsidR="00AB5A83" w:rsidRPr="00267286" w:rsidRDefault="00000000" w:rsidP="00CA2A11">
      <w:pPr>
        <w:spacing w:after="0" w:line="480" w:lineRule="auto"/>
        <w:rPr>
          <w:lang w:val="el-GR"/>
        </w:rPr>
      </w:pPr>
      <w:r w:rsidRPr="00267286">
        <w:rPr>
          <w:sz w:val="16"/>
          <w:lang w:val="el-GR"/>
        </w:rPr>
        <w:t>_____________________________________________________________________________________________________</w:t>
      </w:r>
    </w:p>
    <w:p w14:paraId="67F95874" w14:textId="77777777" w:rsidR="00AB5A83" w:rsidRPr="00267286" w:rsidRDefault="00000000" w:rsidP="00CA2A11">
      <w:pPr>
        <w:spacing w:after="0" w:line="480" w:lineRule="auto"/>
        <w:rPr>
          <w:lang w:val="el-GR"/>
        </w:rPr>
      </w:pPr>
      <w:r w:rsidRPr="00267286">
        <w:rPr>
          <w:sz w:val="16"/>
          <w:lang w:val="el-GR"/>
        </w:rPr>
        <w:t>_____________________________________________________________________________________________________</w:t>
      </w:r>
    </w:p>
    <w:p w14:paraId="63C359F7" w14:textId="77777777" w:rsidR="00AB5A83" w:rsidRPr="00267286" w:rsidRDefault="00000000" w:rsidP="00CA2A11">
      <w:pPr>
        <w:spacing w:after="0" w:line="480" w:lineRule="auto"/>
        <w:rPr>
          <w:lang w:val="el-GR"/>
        </w:rPr>
      </w:pPr>
      <w:r w:rsidRPr="00267286">
        <w:rPr>
          <w:sz w:val="16"/>
          <w:lang w:val="el-GR"/>
        </w:rPr>
        <w:t>_____________________________________________________________________________________________________</w:t>
      </w:r>
    </w:p>
    <w:p w14:paraId="585F5449" w14:textId="77777777" w:rsidR="00AB5A83" w:rsidRPr="00267286" w:rsidRDefault="00000000" w:rsidP="00CA2A11">
      <w:pPr>
        <w:spacing w:after="0" w:line="480" w:lineRule="auto"/>
        <w:rPr>
          <w:lang w:val="el-GR"/>
        </w:rPr>
      </w:pPr>
      <w:r w:rsidRPr="00267286">
        <w:rPr>
          <w:sz w:val="16"/>
          <w:lang w:val="el-GR"/>
        </w:rPr>
        <w:t>_____________________________________________________________________________________________________</w:t>
      </w:r>
    </w:p>
    <w:p w14:paraId="5C316283" w14:textId="77777777" w:rsidR="00AB5A83" w:rsidRPr="00267286" w:rsidRDefault="00000000" w:rsidP="00CA2A11">
      <w:pPr>
        <w:spacing w:after="0" w:line="480" w:lineRule="auto"/>
        <w:rPr>
          <w:lang w:val="el-GR"/>
        </w:rPr>
      </w:pPr>
      <w:r w:rsidRPr="00267286">
        <w:rPr>
          <w:sz w:val="16"/>
          <w:lang w:val="el-GR"/>
        </w:rPr>
        <w:t>_____________________________________________________________________________________________________</w:t>
      </w:r>
    </w:p>
    <w:p w14:paraId="420643B2" w14:textId="77777777" w:rsidR="00AB5A83" w:rsidRPr="00267286" w:rsidRDefault="00000000" w:rsidP="00CA2A11">
      <w:pPr>
        <w:spacing w:after="100" w:line="480" w:lineRule="auto"/>
        <w:rPr>
          <w:lang w:val="el-GR"/>
        </w:rPr>
      </w:pPr>
      <w:r w:rsidRPr="00267286">
        <w:rPr>
          <w:sz w:val="18"/>
          <w:lang w:val="el-GR"/>
        </w:rPr>
        <w:t>2. Εξηγήστε τους βασικούς στόχους και υποθέσεις της προτεινόμενης έρευνας (100 - 400 λέξεις).</w:t>
      </w:r>
    </w:p>
    <w:p w14:paraId="055FEA18" w14:textId="77777777" w:rsidR="00AB5A83" w:rsidRPr="00267286" w:rsidRDefault="00000000" w:rsidP="00CA2A11">
      <w:pPr>
        <w:spacing w:after="100" w:line="480" w:lineRule="auto"/>
        <w:rPr>
          <w:lang w:val="el-GR"/>
        </w:rPr>
      </w:pPr>
      <w:r w:rsidRPr="00267286">
        <w:rPr>
          <w:sz w:val="18"/>
          <w:lang w:val="el-GR"/>
        </w:rPr>
        <w:t xml:space="preserve">3. Διευκρινίστε την ερευνητική μεθοδολογία που σκοπεύετε να χρησιμοποιήσετε. Δικαιολογήστε την </w:t>
      </w:r>
      <w:proofErr w:type="spellStart"/>
      <w:r w:rsidRPr="00267286">
        <w:rPr>
          <w:sz w:val="18"/>
          <w:lang w:val="el-GR"/>
        </w:rPr>
        <w:t>καταλληλότητά</w:t>
      </w:r>
      <w:proofErr w:type="spellEnd"/>
      <w:r w:rsidRPr="00267286">
        <w:rPr>
          <w:sz w:val="18"/>
          <w:lang w:val="el-GR"/>
        </w:rPr>
        <w:t xml:space="preserve"> της για τους στόχους/υποθέσεις της προτεινόμενης έρευνας (100 - 300 λέξεις).</w:t>
      </w:r>
    </w:p>
    <w:p w14:paraId="4BA459CF" w14:textId="77777777" w:rsidR="00AB5A83" w:rsidRPr="00267286" w:rsidRDefault="00000000" w:rsidP="00CA2A11">
      <w:pPr>
        <w:spacing w:after="100" w:line="480" w:lineRule="auto"/>
        <w:rPr>
          <w:lang w:val="el-GR"/>
        </w:rPr>
      </w:pPr>
      <w:r w:rsidRPr="00267286">
        <w:rPr>
          <w:sz w:val="18"/>
          <w:lang w:val="el-GR"/>
        </w:rPr>
        <w:t xml:space="preserve">4. Προσδιορίστε την προβλεπόμενη διάρκεια των βασικών εργασιών/σταδίων εκπόνησης της έρευνας, όπως βιβλιογραφική ανασκόπηση, συλλογή και επεξεργασία ερευνητικού υλικού, διεξαγωγή πειραμάτων ή σεναρίων, σχεδιασμός λογισμικού, υποβολή αναλυτικού πλάνου συγγραφής, συγγραφή των κεφαλαίων/μερών (100 - 400 λέξεις). Μπορείτε να χρησιμοποιήσετε το διαθέσιμο δωρεάν στο διαδίκτυο </w:t>
      </w:r>
      <w:r>
        <w:rPr>
          <w:sz w:val="18"/>
        </w:rPr>
        <w:t>project</w:t>
      </w:r>
      <w:r w:rsidRPr="00267286">
        <w:rPr>
          <w:sz w:val="18"/>
          <w:lang w:val="el-GR"/>
        </w:rPr>
        <w:t xml:space="preserve"> </w:t>
      </w:r>
      <w:r>
        <w:rPr>
          <w:sz w:val="18"/>
        </w:rPr>
        <w:t>timeline</w:t>
      </w:r>
      <w:r w:rsidRPr="00267286">
        <w:rPr>
          <w:sz w:val="18"/>
          <w:lang w:val="el-GR"/>
        </w:rPr>
        <w:t xml:space="preserve"> </w:t>
      </w:r>
      <w:r>
        <w:rPr>
          <w:sz w:val="18"/>
        </w:rPr>
        <w:t>schedule</w:t>
      </w:r>
      <w:r w:rsidRPr="00267286">
        <w:rPr>
          <w:sz w:val="18"/>
          <w:lang w:val="el-GR"/>
        </w:rPr>
        <w:t>.</w:t>
      </w:r>
    </w:p>
    <w:p w14:paraId="7B1631CA" w14:textId="77777777" w:rsidR="00AB5A83" w:rsidRPr="00267286" w:rsidRDefault="00000000" w:rsidP="00CA2A11">
      <w:pPr>
        <w:spacing w:after="100" w:line="480" w:lineRule="auto"/>
        <w:rPr>
          <w:lang w:val="el-GR"/>
        </w:rPr>
      </w:pPr>
      <w:r w:rsidRPr="00267286">
        <w:rPr>
          <w:sz w:val="18"/>
          <w:lang w:val="el-GR"/>
        </w:rPr>
        <w:lastRenderedPageBreak/>
        <w:t>5. Διευκρινίστε το βαθμό ωριμότητας της προτεινόμενης έρευνας (λχ. Προηγούμενες σχετικές επιστημονικές εργασίες/έρευνες/εφαρμογές ή επαγγελματικές δραστηριότητες εφόσον υπάρχουν) (100 - 300 λέξεις).</w:t>
      </w:r>
    </w:p>
    <w:p w14:paraId="1D80F930" w14:textId="77777777" w:rsidR="00AB5A83" w:rsidRPr="00267286" w:rsidRDefault="00000000" w:rsidP="00CA2A11">
      <w:pPr>
        <w:spacing w:after="100" w:line="480" w:lineRule="auto"/>
        <w:rPr>
          <w:lang w:val="el-GR"/>
        </w:rPr>
      </w:pPr>
      <w:r w:rsidRPr="00267286">
        <w:rPr>
          <w:sz w:val="18"/>
          <w:lang w:val="el-GR"/>
        </w:rPr>
        <w:t>6. Διευκρινίστε τους τρόπους διάχυσης των ερευνητικών αποτελεσμάτων (λχ. σε ποια συνέδρια/περιοδικά ή αυτοτελείς εκδόσεις θα επιδιώξετε τη δημοσίευσή τους) (100 - 300 λέξεις).</w:t>
      </w:r>
    </w:p>
    <w:p w14:paraId="77E46201" w14:textId="77777777" w:rsidR="00AB5A83" w:rsidRPr="00267286" w:rsidRDefault="00000000" w:rsidP="00CA2A11">
      <w:pPr>
        <w:spacing w:after="100" w:line="480" w:lineRule="auto"/>
        <w:rPr>
          <w:lang w:val="el-GR"/>
        </w:rPr>
      </w:pPr>
      <w:r w:rsidRPr="00267286">
        <w:rPr>
          <w:sz w:val="18"/>
          <w:lang w:val="el-GR"/>
        </w:rPr>
        <w:t>7. Διευκρινίστε τη συνάφεια του προτεινόμενου θέματος με το γνωστικό αντικείμενο και το συνολικό ακαδημαϊκό (ερευνητικό/συγγραφικό/διδακτικό) έργο του/της Επιβλέποντος/</w:t>
      </w:r>
      <w:proofErr w:type="spellStart"/>
      <w:r w:rsidRPr="00267286">
        <w:rPr>
          <w:sz w:val="18"/>
          <w:lang w:val="el-GR"/>
        </w:rPr>
        <w:t>ουσας</w:t>
      </w:r>
      <w:proofErr w:type="spellEnd"/>
      <w:r w:rsidRPr="00267286">
        <w:rPr>
          <w:sz w:val="18"/>
          <w:lang w:val="el-GR"/>
        </w:rPr>
        <w:t xml:space="preserve"> (100 - 300 λέξεις).</w:t>
      </w:r>
    </w:p>
    <w:p w14:paraId="0F90A9B7" w14:textId="77777777" w:rsidR="00AB5A83" w:rsidRPr="00267286" w:rsidRDefault="00000000" w:rsidP="00CA2A11">
      <w:pPr>
        <w:spacing w:before="160" w:after="240" w:line="480" w:lineRule="auto"/>
        <w:jc w:val="center"/>
        <w:rPr>
          <w:lang w:val="el-GR"/>
        </w:rPr>
      </w:pPr>
      <w:r w:rsidRPr="00267286">
        <w:rPr>
          <w:b/>
          <w:sz w:val="19"/>
          <w:lang w:val="el-GR"/>
        </w:rPr>
        <w:t>Βεβαιώνω ότι έλαβα γνώση, εγκρίνω την ανωτέρω πρόταση και αποδέχομαι την επίβλεψη</w:t>
      </w:r>
      <w:r w:rsidRPr="00267286">
        <w:rPr>
          <w:b/>
          <w:sz w:val="19"/>
          <w:lang w:val="el-GR"/>
        </w:rPr>
        <w:br/>
        <w:t>για τη διεξαγωγή της Μεταδιδακτορικής Έρευνας.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AB5A83" w14:paraId="2C968C5F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B93F1" w14:textId="77777777" w:rsidR="00AB5A83" w:rsidRPr="00267286" w:rsidRDefault="00000000" w:rsidP="00CA2A11">
            <w:pPr>
              <w:spacing w:line="480" w:lineRule="auto"/>
              <w:rPr>
                <w:lang w:val="el-GR"/>
              </w:rPr>
            </w:pPr>
            <w:r w:rsidRPr="00267286">
              <w:rPr>
                <w:sz w:val="19"/>
                <w:lang w:val="el-GR"/>
              </w:rPr>
              <w:t>Ονοματεπώνυμο Προτεινόμενου/ης</w:t>
            </w:r>
            <w:r w:rsidRPr="00267286">
              <w:rPr>
                <w:sz w:val="19"/>
                <w:lang w:val="el-GR"/>
              </w:rPr>
              <w:br/>
              <w:t>Επιβλέποντα/</w:t>
            </w:r>
            <w:proofErr w:type="spellStart"/>
            <w:r w:rsidRPr="00267286">
              <w:rPr>
                <w:sz w:val="19"/>
                <w:lang w:val="el-GR"/>
              </w:rPr>
              <w:t>ουσας</w:t>
            </w:r>
            <w:proofErr w:type="spellEnd"/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F762D0" w14:textId="77777777" w:rsidR="00AB5A83" w:rsidRDefault="00000000" w:rsidP="00CA2A11">
            <w:pPr>
              <w:spacing w:line="480" w:lineRule="auto"/>
            </w:pPr>
            <w:r>
              <w:rPr>
                <w:sz w:val="19"/>
              </w:rPr>
              <w:t>____________________________________</w:t>
            </w:r>
          </w:p>
        </w:tc>
      </w:tr>
      <w:tr w:rsidR="00AB5A83" w14:paraId="51D43D1C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93E4F1" w14:textId="77777777" w:rsidR="00AB5A83" w:rsidRDefault="00000000" w:rsidP="00CA2A11">
            <w:pPr>
              <w:spacing w:line="480" w:lineRule="auto"/>
            </w:pPr>
            <w:r>
              <w:rPr>
                <w:sz w:val="19"/>
              </w:rPr>
              <w:t>Ιδιότητα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C2AF85" w14:textId="77777777" w:rsidR="00AB5A83" w:rsidRDefault="00000000" w:rsidP="00CA2A11">
            <w:pPr>
              <w:spacing w:line="480" w:lineRule="auto"/>
            </w:pPr>
            <w:r>
              <w:rPr>
                <w:sz w:val="19"/>
              </w:rPr>
              <w:t>____________________________________</w:t>
            </w:r>
          </w:p>
        </w:tc>
      </w:tr>
      <w:tr w:rsidR="00AB5A83" w14:paraId="2DF8A213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393310" w14:textId="77777777" w:rsidR="00AB5A83" w:rsidRDefault="00000000" w:rsidP="00CA2A11">
            <w:pPr>
              <w:spacing w:line="480" w:lineRule="auto"/>
            </w:pPr>
            <w:r>
              <w:rPr>
                <w:sz w:val="19"/>
              </w:rPr>
              <w:t>Υπογραφή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68C91F" w14:textId="77777777" w:rsidR="00AB5A83" w:rsidRDefault="00000000" w:rsidP="00CA2A11">
            <w:pPr>
              <w:spacing w:line="480" w:lineRule="auto"/>
            </w:pPr>
            <w:r>
              <w:rPr>
                <w:sz w:val="19"/>
              </w:rPr>
              <w:t>____________________________________</w:t>
            </w:r>
          </w:p>
        </w:tc>
      </w:tr>
      <w:tr w:rsidR="00AB5A83" w14:paraId="122DDB1C" w14:textId="77777777">
        <w:trPr>
          <w:jc w:val="center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6E7776" w14:textId="77777777" w:rsidR="00AB5A83" w:rsidRDefault="00000000" w:rsidP="00CA2A11">
            <w:pPr>
              <w:spacing w:line="480" w:lineRule="auto"/>
            </w:pPr>
            <w:r>
              <w:rPr>
                <w:sz w:val="19"/>
              </w:rPr>
              <w:t>Ημερομηνία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E9CB6C" w14:textId="77777777" w:rsidR="00AB5A83" w:rsidRDefault="00000000" w:rsidP="00CA2A11">
            <w:pPr>
              <w:spacing w:line="480" w:lineRule="auto"/>
            </w:pPr>
            <w:r>
              <w:rPr>
                <w:sz w:val="19"/>
              </w:rPr>
              <w:t>____________________________________</w:t>
            </w:r>
          </w:p>
        </w:tc>
      </w:tr>
    </w:tbl>
    <w:p w14:paraId="043B71BB" w14:textId="04D11765" w:rsidR="00AB5A83" w:rsidRDefault="00AB5A83" w:rsidP="00CA2A11">
      <w:pPr>
        <w:spacing w:line="480" w:lineRule="auto"/>
      </w:pPr>
    </w:p>
    <w:sectPr w:rsidR="00AB5A83" w:rsidSect="00034616">
      <w:pgSz w:w="11906" w:h="16838"/>
      <w:pgMar w:top="850" w:right="935" w:bottom="850" w:left="9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9847822">
    <w:abstractNumId w:val="8"/>
  </w:num>
  <w:num w:numId="2" w16cid:durableId="777070152">
    <w:abstractNumId w:val="6"/>
  </w:num>
  <w:num w:numId="3" w16cid:durableId="517813345">
    <w:abstractNumId w:val="5"/>
  </w:num>
  <w:num w:numId="4" w16cid:durableId="58015808">
    <w:abstractNumId w:val="4"/>
  </w:num>
  <w:num w:numId="5" w16cid:durableId="1508521757">
    <w:abstractNumId w:val="7"/>
  </w:num>
  <w:num w:numId="6" w16cid:durableId="1681272406">
    <w:abstractNumId w:val="3"/>
  </w:num>
  <w:num w:numId="7" w16cid:durableId="243339169">
    <w:abstractNumId w:val="2"/>
  </w:num>
  <w:num w:numId="8" w16cid:durableId="811405591">
    <w:abstractNumId w:val="1"/>
  </w:num>
  <w:num w:numId="9" w16cid:durableId="205287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7286"/>
    <w:rsid w:val="0029639D"/>
    <w:rsid w:val="00326F90"/>
    <w:rsid w:val="003C6456"/>
    <w:rsid w:val="00AA1D8D"/>
    <w:rsid w:val="00AB5A83"/>
    <w:rsid w:val="00B47730"/>
    <w:rsid w:val="00CA2A11"/>
    <w:rsid w:val="00CB0664"/>
    <w:rsid w:val="00EA74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E56C4E"/>
  <w14:defaultImageDpi w14:val="300"/>
  <w15:docId w15:val="{074645C2-B1F5-45F5-9087-0D27167DD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1044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Παραρτήματα Α, Β και Γ - ΦΕΚ Β' 4108/15.07.2024</dc:title>
  <dc:subject>Κανονισμός Μεταδιδακτορικής Έρευνας Πανεπιστημίου Ιωαννίνων - Παραρτήματα</dc:subject>
  <dc:creator>python-docx</dc:creator>
  <cp:keywords/>
  <dc:description>generated by python-docx</dc:description>
  <cp:lastModifiedBy>ΝΙΚΟΛΕΤΑ ΤΖΙΜΠΟΥΚΑ</cp:lastModifiedBy>
  <cp:revision>2</cp:revision>
  <dcterms:created xsi:type="dcterms:W3CDTF">2026-08-27T09:30:00Z</dcterms:created>
  <dcterms:modified xsi:type="dcterms:W3CDTF">2026-08-27T09:30:00Z</dcterms:modified>
  <cp:category/>
</cp:coreProperties>
</file>